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2BED" w:rsidRPr="00852BED" w:rsidRDefault="00852BED" w:rsidP="00852BED">
      <w:pPr>
        <w:spacing w:after="0" w:line="240" w:lineRule="auto"/>
        <w:ind w:left="720" w:firstLine="5517"/>
        <w:jc w:val="both"/>
        <w:outlineLvl w:val="0"/>
        <w:rPr>
          <w:rFonts w:ascii="Times New Roman" w:hAnsi="Times New Roman" w:cs="Times New Roman"/>
          <w:sz w:val="24"/>
          <w:szCs w:val="24"/>
          <w:lang w:val="lt-LT"/>
        </w:rPr>
      </w:pPr>
      <w:r w:rsidRPr="00852BED">
        <w:rPr>
          <w:rFonts w:ascii="Times New Roman" w:hAnsi="Times New Roman" w:cs="Times New Roman"/>
          <w:sz w:val="24"/>
          <w:szCs w:val="24"/>
          <w:lang w:val="lt-LT"/>
        </w:rPr>
        <w:t>PATVIRTINTA</w:t>
      </w:r>
    </w:p>
    <w:p w:rsidR="00852BED" w:rsidRPr="00852BED" w:rsidRDefault="00852BED" w:rsidP="00852BED">
      <w:pPr>
        <w:spacing w:after="0" w:line="240" w:lineRule="auto"/>
        <w:ind w:left="720" w:firstLine="5517"/>
        <w:jc w:val="both"/>
        <w:outlineLvl w:val="0"/>
        <w:rPr>
          <w:rFonts w:ascii="Times New Roman" w:hAnsi="Times New Roman" w:cs="Times New Roman"/>
          <w:sz w:val="24"/>
          <w:szCs w:val="24"/>
          <w:lang w:val="lt-LT"/>
        </w:rPr>
      </w:pPr>
      <w:r w:rsidRPr="00852BED">
        <w:rPr>
          <w:rFonts w:ascii="Times New Roman" w:hAnsi="Times New Roman" w:cs="Times New Roman"/>
          <w:sz w:val="24"/>
          <w:szCs w:val="24"/>
          <w:lang w:val="lt-LT"/>
        </w:rPr>
        <w:t xml:space="preserve">Lietuvos Respublikos </w:t>
      </w:r>
    </w:p>
    <w:p w:rsidR="00852BED" w:rsidRPr="00852BED" w:rsidRDefault="00852BED" w:rsidP="00852BED">
      <w:pPr>
        <w:spacing w:after="0" w:line="240" w:lineRule="auto"/>
        <w:ind w:left="720" w:firstLine="5517"/>
        <w:jc w:val="both"/>
        <w:outlineLvl w:val="0"/>
        <w:rPr>
          <w:rFonts w:ascii="Times New Roman" w:hAnsi="Times New Roman" w:cs="Times New Roman"/>
          <w:sz w:val="24"/>
          <w:szCs w:val="24"/>
          <w:lang w:val="lt-LT"/>
        </w:rPr>
      </w:pPr>
      <w:r w:rsidRPr="00852BED">
        <w:rPr>
          <w:rFonts w:ascii="Times New Roman" w:hAnsi="Times New Roman" w:cs="Times New Roman"/>
          <w:sz w:val="24"/>
          <w:szCs w:val="24"/>
          <w:lang w:val="lt-LT"/>
        </w:rPr>
        <w:t xml:space="preserve">krašto apsaugos ministro </w:t>
      </w:r>
    </w:p>
    <w:p w:rsidR="00852BED" w:rsidRPr="00852BED" w:rsidRDefault="00852BED" w:rsidP="00852BED">
      <w:pPr>
        <w:spacing w:after="0" w:line="240" w:lineRule="auto"/>
        <w:ind w:left="720" w:firstLine="5517"/>
        <w:jc w:val="both"/>
        <w:outlineLvl w:val="0"/>
        <w:rPr>
          <w:rFonts w:ascii="Times New Roman" w:hAnsi="Times New Roman" w:cs="Times New Roman"/>
          <w:sz w:val="24"/>
          <w:szCs w:val="24"/>
          <w:lang w:val="lt-LT"/>
        </w:rPr>
      </w:pPr>
      <w:r w:rsidRPr="00852BED">
        <w:rPr>
          <w:rFonts w:ascii="Times New Roman" w:hAnsi="Times New Roman" w:cs="Times New Roman"/>
          <w:sz w:val="24"/>
          <w:szCs w:val="24"/>
          <w:lang w:val="lt-LT"/>
        </w:rPr>
        <w:t>20</w:t>
      </w:r>
      <w:r w:rsidR="00FD3AA2">
        <w:rPr>
          <w:rFonts w:ascii="Times New Roman" w:hAnsi="Times New Roman" w:cs="Times New Roman"/>
          <w:sz w:val="24"/>
          <w:szCs w:val="24"/>
          <w:lang w:val="lt-LT"/>
        </w:rPr>
        <w:t>17</w:t>
      </w:r>
      <w:r w:rsidRPr="00852BED">
        <w:rPr>
          <w:rFonts w:ascii="Times New Roman" w:hAnsi="Times New Roman" w:cs="Times New Roman"/>
          <w:sz w:val="24"/>
          <w:szCs w:val="24"/>
          <w:lang w:val="lt-LT"/>
        </w:rPr>
        <w:t xml:space="preserve"> m.</w:t>
      </w:r>
      <w:r w:rsidR="00FD3AA2">
        <w:rPr>
          <w:rFonts w:ascii="Times New Roman" w:hAnsi="Times New Roman" w:cs="Times New Roman"/>
          <w:sz w:val="24"/>
          <w:szCs w:val="24"/>
          <w:lang w:val="lt-LT"/>
        </w:rPr>
        <w:t xml:space="preserve"> rugpjūčio 1 </w:t>
      </w:r>
      <w:r w:rsidR="00F6684A">
        <w:rPr>
          <w:rFonts w:ascii="Times New Roman" w:hAnsi="Times New Roman" w:cs="Times New Roman"/>
          <w:sz w:val="24"/>
          <w:szCs w:val="24"/>
          <w:lang w:val="lt-LT"/>
        </w:rPr>
        <w:t>d.</w:t>
      </w:r>
    </w:p>
    <w:p w:rsidR="00852BED" w:rsidRPr="00852BED" w:rsidRDefault="00852BED" w:rsidP="00852BED">
      <w:pPr>
        <w:spacing w:after="0" w:line="240" w:lineRule="auto"/>
        <w:ind w:left="720" w:firstLine="5517"/>
        <w:jc w:val="both"/>
        <w:rPr>
          <w:rFonts w:ascii="Times New Roman" w:hAnsi="Times New Roman" w:cs="Times New Roman"/>
          <w:sz w:val="24"/>
          <w:szCs w:val="24"/>
          <w:lang w:val="lt-LT"/>
        </w:rPr>
      </w:pPr>
      <w:r w:rsidRPr="00852BED">
        <w:rPr>
          <w:rFonts w:ascii="Times New Roman" w:hAnsi="Times New Roman" w:cs="Times New Roman"/>
          <w:sz w:val="24"/>
          <w:szCs w:val="24"/>
          <w:lang w:val="lt-LT"/>
        </w:rPr>
        <w:t xml:space="preserve">įsakymu Nr. </w:t>
      </w:r>
      <w:r w:rsidR="00515507">
        <w:rPr>
          <w:rFonts w:ascii="Times New Roman" w:hAnsi="Times New Roman" w:cs="Times New Roman"/>
          <w:sz w:val="24"/>
          <w:szCs w:val="24"/>
          <w:lang w:val="lt-LT"/>
        </w:rPr>
        <w:t>V-69</w:t>
      </w:r>
      <w:r w:rsidR="00FD3AA2">
        <w:rPr>
          <w:rFonts w:ascii="Times New Roman" w:hAnsi="Times New Roman" w:cs="Times New Roman"/>
          <w:sz w:val="24"/>
          <w:szCs w:val="24"/>
          <w:lang w:val="lt-LT"/>
        </w:rPr>
        <w:t>3</w:t>
      </w:r>
    </w:p>
    <w:p w:rsidR="00852BED" w:rsidRDefault="00FD3AA2" w:rsidP="00852BED">
      <w:pPr>
        <w:spacing w:after="0" w:line="240" w:lineRule="auto"/>
        <w:ind w:left="720" w:firstLine="5517"/>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(Lietuvos Respublikos </w:t>
      </w:r>
    </w:p>
    <w:p w:rsidR="00FD3AA2" w:rsidRDefault="00FD3AA2" w:rsidP="00852BED">
      <w:pPr>
        <w:spacing w:after="0" w:line="240" w:lineRule="auto"/>
        <w:ind w:left="720" w:firstLine="5517"/>
        <w:jc w:val="both"/>
        <w:rPr>
          <w:rFonts w:ascii="Times New Roman" w:hAnsi="Times New Roman" w:cs="Times New Roman"/>
          <w:sz w:val="24"/>
          <w:szCs w:val="24"/>
          <w:lang w:val="lt-LT"/>
        </w:rPr>
      </w:pPr>
      <w:r>
        <w:rPr>
          <w:rFonts w:ascii="Times New Roman" w:hAnsi="Times New Roman" w:cs="Times New Roman"/>
          <w:sz w:val="24"/>
          <w:szCs w:val="24"/>
          <w:lang w:val="lt-LT"/>
        </w:rPr>
        <w:t>krašto apsaugos ministro</w:t>
      </w:r>
    </w:p>
    <w:p w:rsidR="00FD3AA2" w:rsidRDefault="00FD3AA2" w:rsidP="00852BED">
      <w:pPr>
        <w:spacing w:after="0" w:line="240" w:lineRule="auto"/>
        <w:ind w:left="720" w:firstLine="5517"/>
        <w:jc w:val="both"/>
        <w:rPr>
          <w:rFonts w:ascii="Times New Roman" w:hAnsi="Times New Roman" w:cs="Times New Roman"/>
          <w:sz w:val="24"/>
          <w:szCs w:val="24"/>
          <w:lang w:val="lt-LT"/>
        </w:rPr>
      </w:pPr>
      <w:r>
        <w:rPr>
          <w:rFonts w:ascii="Times New Roman" w:hAnsi="Times New Roman" w:cs="Times New Roman"/>
          <w:sz w:val="24"/>
          <w:szCs w:val="24"/>
          <w:lang w:val="lt-LT"/>
        </w:rPr>
        <w:t>2025 m.                        d.</w:t>
      </w:r>
    </w:p>
    <w:p w:rsidR="00FD3AA2" w:rsidRDefault="00FD3AA2" w:rsidP="00852BED">
      <w:pPr>
        <w:spacing w:after="0" w:line="240" w:lineRule="auto"/>
        <w:ind w:left="720" w:firstLine="5517"/>
        <w:jc w:val="both"/>
        <w:rPr>
          <w:rFonts w:ascii="Times New Roman" w:hAnsi="Times New Roman" w:cs="Times New Roman"/>
          <w:sz w:val="24"/>
          <w:szCs w:val="24"/>
          <w:lang w:val="lt-LT"/>
        </w:rPr>
      </w:pPr>
      <w:r>
        <w:rPr>
          <w:rFonts w:ascii="Times New Roman" w:hAnsi="Times New Roman" w:cs="Times New Roman"/>
          <w:sz w:val="24"/>
          <w:szCs w:val="24"/>
          <w:lang w:val="lt-LT"/>
        </w:rPr>
        <w:t>įsakymo Nr.</w:t>
      </w:r>
    </w:p>
    <w:p w:rsidR="00FD3AA2" w:rsidRPr="00852BED" w:rsidRDefault="00FD3AA2" w:rsidP="00852BED">
      <w:pPr>
        <w:spacing w:after="0" w:line="240" w:lineRule="auto"/>
        <w:ind w:left="720" w:firstLine="5517"/>
        <w:jc w:val="both"/>
        <w:rPr>
          <w:rFonts w:ascii="Times New Roman" w:hAnsi="Times New Roman" w:cs="Times New Roman"/>
          <w:sz w:val="24"/>
          <w:szCs w:val="24"/>
          <w:lang w:val="lt-LT"/>
        </w:rPr>
      </w:pPr>
      <w:r>
        <w:rPr>
          <w:rFonts w:ascii="Times New Roman" w:hAnsi="Times New Roman" w:cs="Times New Roman"/>
          <w:sz w:val="24"/>
          <w:szCs w:val="24"/>
          <w:lang w:val="lt-LT"/>
        </w:rPr>
        <w:t>redakcija)</w:t>
      </w:r>
    </w:p>
    <w:p w:rsidR="00852BED" w:rsidRPr="00852BED" w:rsidRDefault="00852BED" w:rsidP="00935B4B">
      <w:pPr>
        <w:pStyle w:val="Heading1"/>
        <w:spacing w:before="0" w:line="240" w:lineRule="auto"/>
        <w:jc w:val="center"/>
        <w:rPr>
          <w:rFonts w:ascii="Times New Roman" w:hAnsi="Times New Roman" w:cs="Times New Roman"/>
          <w:color w:val="auto"/>
          <w:sz w:val="24"/>
          <w:szCs w:val="24"/>
          <w:lang w:val="lt-LT"/>
        </w:rPr>
      </w:pPr>
    </w:p>
    <w:p w:rsidR="00116F03" w:rsidRPr="00852BED" w:rsidRDefault="00AA2BB2" w:rsidP="00935B4B">
      <w:pPr>
        <w:pStyle w:val="Heading1"/>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KONKURSO „VĖLIAVA MOKYKLAI“</w:t>
      </w:r>
      <w:r w:rsidR="00BF754E" w:rsidRPr="00852BED">
        <w:rPr>
          <w:rFonts w:ascii="Times New Roman" w:hAnsi="Times New Roman" w:cs="Times New Roman"/>
          <w:color w:val="auto"/>
          <w:sz w:val="24"/>
          <w:szCs w:val="24"/>
          <w:lang w:val="lt-LT"/>
        </w:rPr>
        <w:t xml:space="preserve"> </w:t>
      </w:r>
      <w:r w:rsidR="00631D34" w:rsidRPr="00852BED">
        <w:rPr>
          <w:rFonts w:ascii="Times New Roman" w:hAnsi="Times New Roman" w:cs="Times New Roman"/>
          <w:color w:val="auto"/>
          <w:sz w:val="24"/>
          <w:szCs w:val="24"/>
          <w:lang w:val="lt-LT"/>
        </w:rPr>
        <w:t>NUOSTATAI</w:t>
      </w:r>
    </w:p>
    <w:p w:rsidR="00E217EB" w:rsidRDefault="00E217EB" w:rsidP="00935B4B">
      <w:pPr>
        <w:pStyle w:val="Heading2"/>
        <w:spacing w:before="0" w:line="240" w:lineRule="auto"/>
        <w:rPr>
          <w:rFonts w:ascii="Times New Roman" w:hAnsi="Times New Roman" w:cs="Times New Roman"/>
          <w:color w:val="auto"/>
          <w:sz w:val="24"/>
          <w:szCs w:val="24"/>
          <w:lang w:val="lt-LT"/>
        </w:rPr>
      </w:pPr>
    </w:p>
    <w:p w:rsidR="00935B4B" w:rsidRPr="00935B4B" w:rsidRDefault="00935B4B" w:rsidP="00935B4B">
      <w:pPr>
        <w:spacing w:after="0" w:line="240" w:lineRule="auto"/>
        <w:rPr>
          <w:lang w:val="lt-LT"/>
        </w:rPr>
      </w:pPr>
    </w:p>
    <w:p w:rsidR="004C53EC" w:rsidRDefault="00631D34" w:rsidP="00935B4B">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I SKYRIUS</w:t>
      </w:r>
    </w:p>
    <w:p w:rsidR="00116F03" w:rsidRPr="00852BED" w:rsidRDefault="00631D34" w:rsidP="00935B4B">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BENDROSIOS NUOSTATOS</w:t>
      </w:r>
    </w:p>
    <w:p w:rsidR="00E217EB" w:rsidRPr="00852BED" w:rsidRDefault="00E217EB" w:rsidP="00852BED">
      <w:pPr>
        <w:spacing w:after="0" w:line="240" w:lineRule="auto"/>
        <w:rPr>
          <w:rFonts w:ascii="Times New Roman" w:hAnsi="Times New Roman" w:cs="Times New Roman"/>
          <w:lang w:val="lt-LT"/>
        </w:rPr>
      </w:pPr>
    </w:p>
    <w:p w:rsidR="00AA2BB2" w:rsidRPr="004C53EC" w:rsidRDefault="004C53EC"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1. </w:t>
      </w:r>
      <w:r w:rsidR="00AA2BB2" w:rsidRPr="004C53EC">
        <w:rPr>
          <w:rFonts w:ascii="Times New Roman" w:hAnsi="Times New Roman" w:cs="Times New Roman"/>
          <w:sz w:val="24"/>
          <w:szCs w:val="24"/>
          <w:lang w:val="lt-LT"/>
        </w:rPr>
        <w:t xml:space="preserve">Konkurso „Vėliava mokyklai“ nuostatai (toliau – </w:t>
      </w:r>
      <w:r w:rsidR="004516FA">
        <w:rPr>
          <w:rFonts w:ascii="Times New Roman" w:hAnsi="Times New Roman" w:cs="Times New Roman"/>
          <w:sz w:val="24"/>
          <w:szCs w:val="24"/>
          <w:lang w:val="lt-LT"/>
        </w:rPr>
        <w:t>N</w:t>
      </w:r>
      <w:r w:rsidR="00AA2BB2" w:rsidRPr="004C53EC">
        <w:rPr>
          <w:rFonts w:ascii="Times New Roman" w:hAnsi="Times New Roman" w:cs="Times New Roman"/>
          <w:sz w:val="24"/>
          <w:szCs w:val="24"/>
          <w:lang w:val="lt-LT"/>
        </w:rPr>
        <w:t xml:space="preserve">uostatai) reglamentuoja mokyklos, kuriai įteikiama einamųjų metų Gedimino pilies bokšto Lietuvos valstybinė vėliava, konkurso  prioritetus, paraiškų teikimo tvarką ir kitą su </w:t>
      </w:r>
      <w:r w:rsidR="00DF530B">
        <w:rPr>
          <w:rFonts w:ascii="Times New Roman" w:hAnsi="Times New Roman" w:cs="Times New Roman"/>
          <w:sz w:val="24"/>
          <w:szCs w:val="24"/>
          <w:lang w:val="lt-LT"/>
        </w:rPr>
        <w:t>k</w:t>
      </w:r>
      <w:r w:rsidR="00AA2BB2" w:rsidRPr="004C53EC">
        <w:rPr>
          <w:rFonts w:ascii="Times New Roman" w:hAnsi="Times New Roman" w:cs="Times New Roman"/>
          <w:sz w:val="24"/>
          <w:szCs w:val="24"/>
          <w:lang w:val="lt-LT"/>
        </w:rPr>
        <w:t>onkurso</w:t>
      </w:r>
      <w:r w:rsidR="00DF530B">
        <w:rPr>
          <w:rFonts w:ascii="Times New Roman" w:hAnsi="Times New Roman" w:cs="Times New Roman"/>
          <w:sz w:val="24"/>
          <w:szCs w:val="24"/>
          <w:lang w:val="lt-LT"/>
        </w:rPr>
        <w:t xml:space="preserve"> „Vėliava mokyklai“</w:t>
      </w:r>
      <w:r w:rsidR="00AA2BB2" w:rsidRPr="004C53EC">
        <w:rPr>
          <w:rFonts w:ascii="Times New Roman" w:hAnsi="Times New Roman" w:cs="Times New Roman"/>
          <w:sz w:val="24"/>
          <w:szCs w:val="24"/>
          <w:lang w:val="lt-LT"/>
        </w:rPr>
        <w:t xml:space="preserve"> </w:t>
      </w:r>
      <w:r w:rsidR="00DF530B" w:rsidRPr="004C53EC">
        <w:rPr>
          <w:rFonts w:ascii="Times New Roman" w:hAnsi="Times New Roman" w:cs="Times New Roman"/>
          <w:sz w:val="24"/>
          <w:szCs w:val="24"/>
          <w:lang w:val="lt-LT"/>
        </w:rPr>
        <w:t xml:space="preserve">(toliau – </w:t>
      </w:r>
      <w:r w:rsidR="00DF530B">
        <w:rPr>
          <w:rFonts w:ascii="Times New Roman" w:hAnsi="Times New Roman" w:cs="Times New Roman"/>
          <w:sz w:val="24"/>
          <w:szCs w:val="24"/>
          <w:lang w:val="lt-LT"/>
        </w:rPr>
        <w:t>K</w:t>
      </w:r>
      <w:r w:rsidR="00DF530B" w:rsidRPr="004C53EC">
        <w:rPr>
          <w:rFonts w:ascii="Times New Roman" w:hAnsi="Times New Roman" w:cs="Times New Roman"/>
          <w:sz w:val="24"/>
          <w:szCs w:val="24"/>
          <w:lang w:val="lt-LT"/>
        </w:rPr>
        <w:t>onkursas)</w:t>
      </w:r>
      <w:r w:rsidR="00DF530B">
        <w:rPr>
          <w:rFonts w:ascii="Times New Roman" w:hAnsi="Times New Roman" w:cs="Times New Roman"/>
          <w:sz w:val="24"/>
          <w:szCs w:val="24"/>
          <w:lang w:val="lt-LT"/>
        </w:rPr>
        <w:t xml:space="preserve"> </w:t>
      </w:r>
      <w:r w:rsidR="00AA2BB2" w:rsidRPr="004C53EC">
        <w:rPr>
          <w:rFonts w:ascii="Times New Roman" w:hAnsi="Times New Roman" w:cs="Times New Roman"/>
          <w:sz w:val="24"/>
          <w:szCs w:val="24"/>
          <w:lang w:val="lt-LT"/>
        </w:rPr>
        <w:t>organizavimu susijusią veiklą.</w:t>
      </w:r>
    </w:p>
    <w:p w:rsidR="00AA2BB2" w:rsidRPr="004C53EC" w:rsidRDefault="004C53EC"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2. </w:t>
      </w:r>
      <w:r w:rsidR="00AA2BB2" w:rsidRPr="004C53EC">
        <w:rPr>
          <w:rFonts w:ascii="Times New Roman" w:hAnsi="Times New Roman" w:cs="Times New Roman"/>
          <w:sz w:val="24"/>
          <w:szCs w:val="24"/>
          <w:lang w:val="lt-LT"/>
        </w:rPr>
        <w:t>Konkursą</w:t>
      </w:r>
      <w:r w:rsidR="00631D34" w:rsidRPr="004C53EC">
        <w:rPr>
          <w:rFonts w:ascii="Times New Roman" w:hAnsi="Times New Roman" w:cs="Times New Roman"/>
          <w:sz w:val="24"/>
          <w:szCs w:val="24"/>
          <w:lang w:val="lt-LT"/>
        </w:rPr>
        <w:t xml:space="preserve"> organizuoja Lietuvos Respublikos krašto apsaugos ministerija (toliau – KAM) kartu su Lietuvos nacionaliniu muziejumi (toliau – LNM) ir Lietuvos Respublikos švietimo, mokslo ir sporto </w:t>
      </w:r>
      <w:r w:rsidR="00AA2BB2" w:rsidRPr="004C53EC">
        <w:rPr>
          <w:rFonts w:ascii="Times New Roman" w:hAnsi="Times New Roman" w:cs="Times New Roman"/>
          <w:sz w:val="24"/>
          <w:szCs w:val="24"/>
          <w:lang w:val="lt-LT"/>
        </w:rPr>
        <w:t>ministerija (toliau – ŠMSM).</w:t>
      </w:r>
    </w:p>
    <w:p w:rsidR="00116F03" w:rsidRDefault="004C53EC"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 </w:t>
      </w:r>
      <w:r w:rsidR="00AA2BB2" w:rsidRPr="004C53EC">
        <w:rPr>
          <w:rFonts w:ascii="Times New Roman" w:hAnsi="Times New Roman" w:cs="Times New Roman"/>
          <w:sz w:val="24"/>
          <w:szCs w:val="24"/>
          <w:lang w:val="lt-LT"/>
        </w:rPr>
        <w:t>Konkurso</w:t>
      </w:r>
      <w:r w:rsidR="00631D34" w:rsidRPr="004C53EC">
        <w:rPr>
          <w:rFonts w:ascii="Times New Roman" w:hAnsi="Times New Roman" w:cs="Times New Roman"/>
          <w:sz w:val="24"/>
          <w:szCs w:val="24"/>
          <w:lang w:val="lt-LT"/>
        </w:rPr>
        <w:t xml:space="preserve"> tikslas – pagerbti ir paskatinti mokyklas, aktyviai dalyvaujančias ugdant vaikų ir jaunimo pilietiškumą, visuomeninį ir pilietinį aktyvumą, skatinant šalies istorijos, kultūros ir Lietuvos kariuomenės pažinimą.</w:t>
      </w:r>
    </w:p>
    <w:p w:rsidR="00935B4B" w:rsidRPr="004C53EC" w:rsidRDefault="00F6684A" w:rsidP="00A726ED">
      <w:pPr>
        <w:tabs>
          <w:tab w:val="left" w:pos="1242"/>
        </w:tabs>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ab/>
      </w:r>
    </w:p>
    <w:p w:rsidR="004C53EC" w:rsidRDefault="00631D34" w:rsidP="00852BED">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II SKYRIUS</w:t>
      </w:r>
    </w:p>
    <w:p w:rsidR="00116F03" w:rsidRPr="00852BED" w:rsidRDefault="006D1B5C" w:rsidP="00852BED">
      <w:pPr>
        <w:pStyle w:val="Heading2"/>
        <w:spacing w:before="0" w:line="240" w:lineRule="auto"/>
        <w:jc w:val="center"/>
        <w:rPr>
          <w:rFonts w:ascii="Times New Roman" w:hAnsi="Times New Roman" w:cs="Times New Roman"/>
          <w:color w:val="auto"/>
          <w:sz w:val="24"/>
          <w:szCs w:val="24"/>
          <w:lang w:val="lt-LT"/>
        </w:rPr>
      </w:pPr>
      <w:r>
        <w:rPr>
          <w:rFonts w:ascii="Times New Roman" w:hAnsi="Times New Roman" w:cs="Times New Roman"/>
          <w:color w:val="auto"/>
          <w:sz w:val="24"/>
          <w:szCs w:val="24"/>
          <w:lang w:val="lt-LT"/>
        </w:rPr>
        <w:t xml:space="preserve">KONKURSO </w:t>
      </w:r>
      <w:r w:rsidR="00631D34" w:rsidRPr="00852BED">
        <w:rPr>
          <w:rFonts w:ascii="Times New Roman" w:hAnsi="Times New Roman" w:cs="Times New Roman"/>
          <w:color w:val="auto"/>
          <w:sz w:val="24"/>
          <w:szCs w:val="24"/>
          <w:lang w:val="lt-LT"/>
        </w:rPr>
        <w:t>ATRANKOS ORGANIZAVIMAS</w:t>
      </w:r>
    </w:p>
    <w:p w:rsidR="007C086C" w:rsidRPr="00852BED" w:rsidRDefault="007C086C" w:rsidP="00852BED">
      <w:pPr>
        <w:spacing w:after="0" w:line="240" w:lineRule="auto"/>
        <w:rPr>
          <w:rFonts w:ascii="Times New Roman" w:hAnsi="Times New Roman" w:cs="Times New Roman"/>
          <w:lang w:val="lt-LT"/>
        </w:rPr>
      </w:pPr>
    </w:p>
    <w:p w:rsidR="00AA2BB2" w:rsidRPr="004C53EC" w:rsidRDefault="004C53EC"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 </w:t>
      </w:r>
      <w:r w:rsidR="00AA2BB2" w:rsidRPr="004C53EC">
        <w:rPr>
          <w:rFonts w:ascii="Times New Roman" w:hAnsi="Times New Roman" w:cs="Times New Roman"/>
          <w:sz w:val="24"/>
          <w:szCs w:val="24"/>
          <w:lang w:val="lt-LT"/>
        </w:rPr>
        <w:t xml:space="preserve">Konkurse </w:t>
      </w:r>
      <w:r w:rsidR="00631D34" w:rsidRPr="004C53EC">
        <w:rPr>
          <w:rFonts w:ascii="Times New Roman" w:hAnsi="Times New Roman" w:cs="Times New Roman"/>
          <w:sz w:val="24"/>
          <w:szCs w:val="24"/>
          <w:lang w:val="lt-LT"/>
        </w:rPr>
        <w:t xml:space="preserve">gali dalyvauti visos Lietuvos Respublikos mokyklos, išskyrus tas, kurios nuo 2005 metų jau yra gavusios Gedimino pilies bokšto </w:t>
      </w:r>
      <w:r w:rsidR="00AA2BB2" w:rsidRPr="004C53EC">
        <w:rPr>
          <w:rFonts w:ascii="Times New Roman" w:hAnsi="Times New Roman" w:cs="Times New Roman"/>
          <w:sz w:val="24"/>
          <w:szCs w:val="24"/>
          <w:lang w:val="lt-LT"/>
        </w:rPr>
        <w:t>Lietuvos valstybinę vėliavą.</w:t>
      </w:r>
    </w:p>
    <w:p w:rsidR="00AA2BB2" w:rsidRPr="008F0CB8" w:rsidRDefault="004C53EC" w:rsidP="000E350C">
      <w:pPr>
        <w:spacing w:after="0" w:line="240" w:lineRule="auto"/>
        <w:ind w:firstLine="851"/>
        <w:jc w:val="both"/>
        <w:rPr>
          <w:rFonts w:ascii="Times New Roman" w:hAnsi="Times New Roman" w:cs="Times New Roman"/>
          <w:sz w:val="24"/>
          <w:szCs w:val="24"/>
          <w:lang w:val="lt-LT"/>
        </w:rPr>
      </w:pPr>
      <w:r w:rsidRPr="00DF530B">
        <w:rPr>
          <w:rFonts w:ascii="Times New Roman" w:hAnsi="Times New Roman" w:cs="Times New Roman"/>
          <w:sz w:val="24"/>
          <w:szCs w:val="24"/>
          <w:lang w:val="lt-LT"/>
        </w:rPr>
        <w:t xml:space="preserve">5. </w:t>
      </w:r>
      <w:r w:rsidR="00631D34" w:rsidRPr="00DF530B">
        <w:rPr>
          <w:rFonts w:ascii="Times New Roman" w:hAnsi="Times New Roman" w:cs="Times New Roman"/>
          <w:sz w:val="24"/>
          <w:szCs w:val="24"/>
          <w:lang w:val="lt-LT"/>
        </w:rPr>
        <w:t>Paraišką (</w:t>
      </w:r>
      <w:r w:rsidR="00E36EE9" w:rsidRPr="00DF530B">
        <w:rPr>
          <w:rFonts w:ascii="Times New Roman" w:hAnsi="Times New Roman" w:cs="Times New Roman"/>
          <w:sz w:val="24"/>
          <w:szCs w:val="24"/>
          <w:lang w:val="lt-LT"/>
        </w:rPr>
        <w:t>1</w:t>
      </w:r>
      <w:r w:rsidR="00631D34" w:rsidRPr="00F84ECB">
        <w:rPr>
          <w:rFonts w:ascii="Times New Roman" w:hAnsi="Times New Roman" w:cs="Times New Roman"/>
          <w:sz w:val="24"/>
          <w:szCs w:val="24"/>
          <w:lang w:val="lt-LT"/>
        </w:rPr>
        <w:t xml:space="preserve"> priedas) kartu su motyvaciniu raštu</w:t>
      </w:r>
      <w:r w:rsidR="00DE2266" w:rsidRPr="00F84ECB">
        <w:rPr>
          <w:rFonts w:ascii="Times New Roman" w:hAnsi="Times New Roman" w:cs="Times New Roman"/>
          <w:sz w:val="24"/>
          <w:szCs w:val="24"/>
          <w:lang w:val="lt-LT"/>
        </w:rPr>
        <w:t xml:space="preserve"> </w:t>
      </w:r>
      <w:r w:rsidR="000E350C" w:rsidRPr="00F84ECB">
        <w:rPr>
          <w:rFonts w:ascii="Times New Roman" w:hAnsi="Times New Roman" w:cs="Times New Roman"/>
          <w:sz w:val="24"/>
          <w:szCs w:val="24"/>
          <w:lang w:val="lt-LT"/>
        </w:rPr>
        <w:t>(</w:t>
      </w:r>
      <w:r w:rsidR="00355120" w:rsidRPr="00F84ECB">
        <w:rPr>
          <w:rFonts w:ascii="Times New Roman" w:hAnsi="Times New Roman" w:cs="Times New Roman"/>
          <w:sz w:val="24"/>
          <w:szCs w:val="24"/>
          <w:lang w:val="lt-LT"/>
        </w:rPr>
        <w:t xml:space="preserve">apimtis </w:t>
      </w:r>
      <w:r w:rsidR="000E350C" w:rsidRPr="00F84ECB">
        <w:rPr>
          <w:rFonts w:ascii="Times New Roman" w:hAnsi="Times New Roman" w:cs="Times New Roman"/>
          <w:sz w:val="24"/>
          <w:szCs w:val="24"/>
          <w:lang w:val="lt-LT"/>
        </w:rPr>
        <w:t xml:space="preserve">ne </w:t>
      </w:r>
      <w:r w:rsidR="00355120" w:rsidRPr="00A726ED">
        <w:rPr>
          <w:rFonts w:ascii="Times New Roman" w:hAnsi="Times New Roman" w:cs="Times New Roman"/>
          <w:sz w:val="24"/>
          <w:szCs w:val="24"/>
          <w:lang w:val="lt-LT"/>
        </w:rPr>
        <w:t>didesnė</w:t>
      </w:r>
      <w:r w:rsidR="000E350C" w:rsidRPr="00DF530B">
        <w:rPr>
          <w:rFonts w:ascii="Times New Roman" w:hAnsi="Times New Roman" w:cs="Times New Roman"/>
          <w:sz w:val="24"/>
          <w:szCs w:val="24"/>
          <w:lang w:val="lt-LT"/>
        </w:rPr>
        <w:t xml:space="preserve"> nei vienas A4 formato lapas)</w:t>
      </w:r>
      <w:r w:rsidR="000E350C" w:rsidRPr="00F84ECB">
        <w:rPr>
          <w:rFonts w:ascii="Times New Roman" w:hAnsi="Times New Roman" w:cs="Times New Roman"/>
          <w:sz w:val="24"/>
          <w:szCs w:val="24"/>
          <w:lang w:val="lt-LT"/>
        </w:rPr>
        <w:t xml:space="preserve"> </w:t>
      </w:r>
      <w:r w:rsidR="00DE2266" w:rsidRPr="00F84ECB">
        <w:rPr>
          <w:rFonts w:ascii="Times New Roman" w:hAnsi="Times New Roman" w:cs="Times New Roman"/>
          <w:sz w:val="24"/>
          <w:szCs w:val="24"/>
          <w:lang w:val="lt-LT"/>
        </w:rPr>
        <w:t xml:space="preserve">ir </w:t>
      </w:r>
      <w:r w:rsidR="0016193F" w:rsidRPr="00F84ECB">
        <w:rPr>
          <w:rFonts w:ascii="Times New Roman" w:hAnsi="Times New Roman" w:cs="Times New Roman"/>
          <w:sz w:val="24"/>
          <w:szCs w:val="24"/>
          <w:lang w:val="lt-LT"/>
        </w:rPr>
        <w:t>į</w:t>
      </w:r>
      <w:r w:rsidR="00790265" w:rsidRPr="00F84ECB">
        <w:rPr>
          <w:rFonts w:ascii="Times New Roman" w:hAnsi="Times New Roman" w:cs="Times New Roman"/>
          <w:sz w:val="24"/>
          <w:szCs w:val="24"/>
          <w:lang w:val="lt-LT"/>
        </w:rPr>
        <w:t>gyvendintos</w:t>
      </w:r>
      <w:r w:rsidR="0016193F">
        <w:rPr>
          <w:rFonts w:ascii="Times New Roman" w:hAnsi="Times New Roman" w:cs="Times New Roman"/>
          <w:sz w:val="24"/>
          <w:szCs w:val="24"/>
          <w:lang w:val="lt-LT"/>
        </w:rPr>
        <w:t xml:space="preserve"> </w:t>
      </w:r>
      <w:r w:rsidR="00DE2266" w:rsidRPr="008F0CB8">
        <w:rPr>
          <w:rFonts w:ascii="Times New Roman" w:hAnsi="Times New Roman" w:cs="Times New Roman"/>
          <w:sz w:val="24"/>
          <w:szCs w:val="24"/>
          <w:lang w:val="lt-LT"/>
        </w:rPr>
        <w:t>kūrybin</w:t>
      </w:r>
      <w:r w:rsidR="00790265">
        <w:rPr>
          <w:rFonts w:ascii="Times New Roman" w:hAnsi="Times New Roman" w:cs="Times New Roman"/>
          <w:sz w:val="24"/>
          <w:szCs w:val="24"/>
          <w:lang w:val="lt-LT"/>
        </w:rPr>
        <w:t>ės</w:t>
      </w:r>
      <w:r w:rsidR="00DE2266" w:rsidRPr="008F0CB8">
        <w:rPr>
          <w:rFonts w:ascii="Times New Roman" w:hAnsi="Times New Roman" w:cs="Times New Roman"/>
          <w:sz w:val="24"/>
          <w:szCs w:val="24"/>
          <w:lang w:val="lt-LT"/>
        </w:rPr>
        <w:t xml:space="preserve"> užduoti</w:t>
      </w:r>
      <w:r w:rsidR="00790265">
        <w:rPr>
          <w:rFonts w:ascii="Times New Roman" w:hAnsi="Times New Roman" w:cs="Times New Roman"/>
          <w:sz w:val="24"/>
          <w:szCs w:val="24"/>
          <w:lang w:val="lt-LT"/>
        </w:rPr>
        <w:t>es</w:t>
      </w:r>
      <w:r w:rsidR="00631D34" w:rsidRPr="008F0CB8">
        <w:rPr>
          <w:rFonts w:ascii="Times New Roman" w:hAnsi="Times New Roman" w:cs="Times New Roman"/>
          <w:sz w:val="24"/>
          <w:szCs w:val="24"/>
          <w:lang w:val="lt-LT"/>
        </w:rPr>
        <w:t xml:space="preserve"> </w:t>
      </w:r>
      <w:r w:rsidR="008F0CB8" w:rsidRPr="008F0CB8">
        <w:rPr>
          <w:rFonts w:ascii="Times New Roman" w:hAnsi="Times New Roman" w:cs="Times New Roman"/>
          <w:sz w:val="24"/>
          <w:szCs w:val="24"/>
          <w:lang w:val="lt-LT"/>
        </w:rPr>
        <w:t xml:space="preserve">(„Sukurkite savo mokyklos pilietiškumo vėliavą“) </w:t>
      </w:r>
      <w:r w:rsidR="00790265">
        <w:rPr>
          <w:rFonts w:ascii="Times New Roman" w:hAnsi="Times New Roman" w:cs="Times New Roman"/>
          <w:sz w:val="24"/>
          <w:szCs w:val="24"/>
          <w:lang w:val="lt-LT"/>
        </w:rPr>
        <w:t>rezultato nuotrauka (-</w:t>
      </w:r>
      <w:proofErr w:type="spellStart"/>
      <w:r w:rsidR="00790265">
        <w:rPr>
          <w:rFonts w:ascii="Times New Roman" w:hAnsi="Times New Roman" w:cs="Times New Roman"/>
          <w:sz w:val="24"/>
          <w:szCs w:val="24"/>
          <w:lang w:val="lt-LT"/>
        </w:rPr>
        <w:t>omis</w:t>
      </w:r>
      <w:proofErr w:type="spellEnd"/>
      <w:r w:rsidR="00790265">
        <w:rPr>
          <w:rFonts w:ascii="Times New Roman" w:hAnsi="Times New Roman" w:cs="Times New Roman"/>
          <w:sz w:val="24"/>
          <w:szCs w:val="24"/>
          <w:lang w:val="lt-LT"/>
        </w:rPr>
        <w:t xml:space="preserve">) (toliau – Kūrinys) </w:t>
      </w:r>
      <w:r w:rsidR="00631D34" w:rsidRPr="008F0CB8">
        <w:rPr>
          <w:rFonts w:ascii="Times New Roman" w:hAnsi="Times New Roman" w:cs="Times New Roman"/>
          <w:sz w:val="24"/>
          <w:szCs w:val="24"/>
          <w:lang w:val="lt-LT"/>
        </w:rPr>
        <w:t xml:space="preserve">dalyvauti </w:t>
      </w:r>
      <w:r w:rsidR="00A073C8">
        <w:rPr>
          <w:rFonts w:ascii="Times New Roman" w:hAnsi="Times New Roman" w:cs="Times New Roman"/>
          <w:sz w:val="24"/>
          <w:szCs w:val="24"/>
          <w:lang w:val="lt-LT"/>
        </w:rPr>
        <w:t>Konkurse</w:t>
      </w:r>
      <w:r w:rsidR="00DE2266" w:rsidRPr="008F0CB8">
        <w:rPr>
          <w:rFonts w:ascii="Times New Roman" w:hAnsi="Times New Roman" w:cs="Times New Roman"/>
          <w:sz w:val="24"/>
          <w:szCs w:val="24"/>
          <w:lang w:val="lt-LT"/>
        </w:rPr>
        <w:t xml:space="preserve"> teikia pati mokykla</w:t>
      </w:r>
      <w:r w:rsidR="00AA2BB2" w:rsidRPr="008F0CB8">
        <w:rPr>
          <w:rFonts w:ascii="Times New Roman" w:hAnsi="Times New Roman" w:cs="Times New Roman"/>
          <w:sz w:val="24"/>
          <w:szCs w:val="24"/>
          <w:lang w:val="lt-LT"/>
        </w:rPr>
        <w:t>.</w:t>
      </w:r>
      <w:r w:rsidRPr="008F0CB8">
        <w:rPr>
          <w:rFonts w:ascii="Times New Roman" w:hAnsi="Times New Roman" w:cs="Times New Roman"/>
          <w:sz w:val="24"/>
          <w:szCs w:val="24"/>
          <w:lang w:val="lt-LT"/>
        </w:rPr>
        <w:t xml:space="preserve"> </w:t>
      </w:r>
      <w:r w:rsidR="00631D34" w:rsidRPr="008F0CB8">
        <w:rPr>
          <w:rFonts w:ascii="Times New Roman" w:hAnsi="Times New Roman" w:cs="Times New Roman"/>
          <w:sz w:val="24"/>
          <w:szCs w:val="24"/>
          <w:lang w:val="lt-LT"/>
        </w:rPr>
        <w:t>Motyvacinis raštas</w:t>
      </w:r>
      <w:r w:rsidR="00935B4B" w:rsidRPr="008F0CB8">
        <w:rPr>
          <w:rFonts w:ascii="Times New Roman" w:hAnsi="Times New Roman" w:cs="Times New Roman"/>
          <w:sz w:val="24"/>
          <w:szCs w:val="24"/>
          <w:lang w:val="lt-LT"/>
        </w:rPr>
        <w:t>,</w:t>
      </w:r>
      <w:r w:rsidR="00631D34" w:rsidRPr="008F0CB8">
        <w:rPr>
          <w:rFonts w:ascii="Times New Roman" w:hAnsi="Times New Roman" w:cs="Times New Roman"/>
          <w:sz w:val="24"/>
          <w:szCs w:val="24"/>
          <w:lang w:val="lt-LT"/>
        </w:rPr>
        <w:t xml:space="preserve"> paraiška </w:t>
      </w:r>
      <w:r w:rsidR="00935B4B" w:rsidRPr="008F0CB8">
        <w:rPr>
          <w:rFonts w:ascii="Times New Roman" w:hAnsi="Times New Roman" w:cs="Times New Roman"/>
          <w:sz w:val="24"/>
          <w:szCs w:val="24"/>
          <w:lang w:val="lt-LT"/>
        </w:rPr>
        <w:t>ir</w:t>
      </w:r>
      <w:r w:rsidR="00631D34" w:rsidRPr="008F0CB8">
        <w:rPr>
          <w:rFonts w:ascii="Times New Roman" w:hAnsi="Times New Roman" w:cs="Times New Roman"/>
          <w:sz w:val="24"/>
          <w:szCs w:val="24"/>
          <w:lang w:val="lt-LT"/>
        </w:rPr>
        <w:t xml:space="preserve"> </w:t>
      </w:r>
      <w:r w:rsidR="00790265">
        <w:rPr>
          <w:rFonts w:ascii="Times New Roman" w:hAnsi="Times New Roman" w:cs="Times New Roman"/>
          <w:sz w:val="24"/>
          <w:szCs w:val="24"/>
          <w:lang w:val="lt-LT"/>
        </w:rPr>
        <w:t xml:space="preserve">Kūrinio </w:t>
      </w:r>
      <w:r w:rsidR="0016193F">
        <w:rPr>
          <w:rFonts w:ascii="Times New Roman" w:hAnsi="Times New Roman" w:cs="Times New Roman"/>
          <w:sz w:val="24"/>
          <w:szCs w:val="24"/>
          <w:lang w:val="lt-LT"/>
        </w:rPr>
        <w:t>nuotrauka (-</w:t>
      </w:r>
      <w:proofErr w:type="spellStart"/>
      <w:r w:rsidR="0016193F">
        <w:rPr>
          <w:rFonts w:ascii="Times New Roman" w:hAnsi="Times New Roman" w:cs="Times New Roman"/>
          <w:sz w:val="24"/>
          <w:szCs w:val="24"/>
          <w:lang w:val="lt-LT"/>
        </w:rPr>
        <w:t>os</w:t>
      </w:r>
      <w:proofErr w:type="spellEnd"/>
      <w:r w:rsidR="0016193F">
        <w:rPr>
          <w:rFonts w:ascii="Times New Roman" w:hAnsi="Times New Roman" w:cs="Times New Roman"/>
          <w:sz w:val="24"/>
          <w:szCs w:val="24"/>
          <w:lang w:val="lt-LT"/>
        </w:rPr>
        <w:t>)</w:t>
      </w:r>
      <w:r w:rsidR="00631D34" w:rsidRPr="008F0CB8">
        <w:rPr>
          <w:rFonts w:ascii="Times New Roman" w:hAnsi="Times New Roman" w:cs="Times New Roman"/>
          <w:sz w:val="24"/>
          <w:szCs w:val="24"/>
          <w:lang w:val="lt-LT"/>
        </w:rPr>
        <w:t xml:space="preserve"> teikiami KAM elektroniniu pa</w:t>
      </w:r>
      <w:r w:rsidR="00631D34" w:rsidRPr="00A726ED">
        <w:rPr>
          <w:rFonts w:ascii="Times New Roman" w:hAnsi="Times New Roman" w:cs="Times New Roman"/>
          <w:sz w:val="24"/>
          <w:szCs w:val="24"/>
          <w:u w:val="single"/>
          <w:lang w:val="lt-LT"/>
        </w:rPr>
        <w:t xml:space="preserve">štu </w:t>
      </w:r>
      <w:hyperlink r:id="rId8" w:history="1">
        <w:r w:rsidR="00F6684A" w:rsidRPr="00A726ED">
          <w:rPr>
            <w:rStyle w:val="Hyperlink"/>
            <w:rFonts w:ascii="Times New Roman" w:hAnsi="Times New Roman"/>
            <w:color w:val="auto"/>
            <w:sz w:val="24"/>
            <w:szCs w:val="24"/>
            <w:lang w:val="lt-LT"/>
          </w:rPr>
          <w:t>RSV@kam.lt</w:t>
        </w:r>
      </w:hyperlink>
      <w:r w:rsidR="00F6684A">
        <w:rPr>
          <w:rFonts w:ascii="Times New Roman" w:hAnsi="Times New Roman" w:cs="Times New Roman"/>
          <w:sz w:val="24"/>
          <w:szCs w:val="24"/>
          <w:lang w:val="lt-LT"/>
        </w:rPr>
        <w:t xml:space="preserve"> (</w:t>
      </w:r>
      <w:r w:rsidR="00631D34" w:rsidRPr="008F0CB8">
        <w:rPr>
          <w:rFonts w:ascii="Times New Roman" w:hAnsi="Times New Roman" w:cs="Times New Roman"/>
          <w:sz w:val="24"/>
          <w:szCs w:val="24"/>
          <w:lang w:val="lt-LT"/>
        </w:rPr>
        <w:t xml:space="preserve">laiško tema „Paraiška </w:t>
      </w:r>
      <w:r w:rsidR="00935B4B" w:rsidRPr="008F0CB8">
        <w:rPr>
          <w:rFonts w:ascii="Times New Roman" w:hAnsi="Times New Roman" w:cs="Times New Roman"/>
          <w:sz w:val="24"/>
          <w:szCs w:val="24"/>
          <w:lang w:val="lt-LT"/>
        </w:rPr>
        <w:t>konkursui „Vėliava mokyklai“</w:t>
      </w:r>
      <w:r w:rsidR="00F6684A">
        <w:rPr>
          <w:rFonts w:ascii="Times New Roman" w:hAnsi="Times New Roman" w:cs="Times New Roman"/>
          <w:sz w:val="24"/>
          <w:szCs w:val="24"/>
          <w:lang w:val="lt-LT"/>
        </w:rPr>
        <w:t>)</w:t>
      </w:r>
      <w:r w:rsidR="00631D34" w:rsidRPr="008F0CB8">
        <w:rPr>
          <w:rFonts w:ascii="Times New Roman" w:hAnsi="Times New Roman" w:cs="Times New Roman"/>
          <w:sz w:val="24"/>
          <w:szCs w:val="24"/>
          <w:lang w:val="lt-LT"/>
        </w:rPr>
        <w:t xml:space="preserve"> iki </w:t>
      </w:r>
      <w:r w:rsidR="00AA2BB2" w:rsidRPr="008F0CB8">
        <w:rPr>
          <w:rFonts w:ascii="Times New Roman" w:hAnsi="Times New Roman" w:cs="Times New Roman"/>
          <w:sz w:val="24"/>
          <w:szCs w:val="24"/>
          <w:lang w:val="lt-LT"/>
        </w:rPr>
        <w:t>einamųjų metų lapkričio 10 d.</w:t>
      </w:r>
      <w:r w:rsidR="000E350C" w:rsidRPr="008F0CB8">
        <w:rPr>
          <w:rFonts w:ascii="Times New Roman" w:hAnsi="Times New Roman" w:cs="Times New Roman"/>
          <w:sz w:val="24"/>
          <w:szCs w:val="24"/>
          <w:lang w:val="lt-LT"/>
        </w:rPr>
        <w:t xml:space="preserve"> </w:t>
      </w:r>
    </w:p>
    <w:p w:rsidR="004C53EC" w:rsidRDefault="008F0CB8"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6</w:t>
      </w:r>
      <w:r w:rsidR="004C53EC">
        <w:rPr>
          <w:rFonts w:ascii="Times New Roman" w:hAnsi="Times New Roman" w:cs="Times New Roman"/>
          <w:sz w:val="24"/>
          <w:szCs w:val="24"/>
          <w:lang w:val="lt-LT"/>
        </w:rPr>
        <w:t xml:space="preserve">. </w:t>
      </w:r>
      <w:r w:rsidR="00631D34" w:rsidRPr="004C53EC">
        <w:rPr>
          <w:rFonts w:ascii="Times New Roman" w:hAnsi="Times New Roman" w:cs="Times New Roman"/>
          <w:sz w:val="24"/>
          <w:szCs w:val="24"/>
          <w:lang w:val="lt-LT"/>
        </w:rPr>
        <w:t>Kūr</w:t>
      </w:r>
      <w:r w:rsidR="00E36EE9">
        <w:rPr>
          <w:rFonts w:ascii="Times New Roman" w:hAnsi="Times New Roman" w:cs="Times New Roman"/>
          <w:sz w:val="24"/>
          <w:szCs w:val="24"/>
          <w:lang w:val="lt-LT"/>
        </w:rPr>
        <w:t>inio</w:t>
      </w:r>
      <w:r w:rsidR="00DE2266" w:rsidRPr="004C53EC">
        <w:rPr>
          <w:rFonts w:ascii="Times New Roman" w:hAnsi="Times New Roman" w:cs="Times New Roman"/>
          <w:sz w:val="24"/>
          <w:szCs w:val="24"/>
          <w:lang w:val="lt-LT"/>
        </w:rPr>
        <w:t xml:space="preserve"> reikalavimai:</w:t>
      </w:r>
    </w:p>
    <w:p w:rsidR="00935B4B" w:rsidRPr="00F6684A" w:rsidRDefault="008F0CB8" w:rsidP="00935B4B">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6</w:t>
      </w:r>
      <w:r w:rsidR="00935B4B" w:rsidRPr="00D90CCC">
        <w:rPr>
          <w:rFonts w:ascii="Times New Roman" w:hAnsi="Times New Roman" w:cs="Times New Roman"/>
          <w:sz w:val="24"/>
          <w:szCs w:val="24"/>
          <w:lang w:val="lt-LT"/>
        </w:rPr>
        <w:t xml:space="preserve">.1. galimos įgyvendinimo formos: pasiūta vėliava, sukurta meninė instaliacija, grafinė </w:t>
      </w:r>
      <w:r w:rsidR="00935B4B" w:rsidRPr="00F6684A">
        <w:rPr>
          <w:rFonts w:ascii="Times New Roman" w:hAnsi="Times New Roman" w:cs="Times New Roman"/>
          <w:sz w:val="24"/>
          <w:szCs w:val="24"/>
          <w:lang w:val="lt-LT"/>
        </w:rPr>
        <w:t>kompozicija ar kita kūrybinės raiškos forma</w:t>
      </w:r>
      <w:r w:rsidR="003D6435" w:rsidRPr="00F6684A">
        <w:rPr>
          <w:rFonts w:ascii="Times New Roman" w:hAnsi="Times New Roman" w:cs="Times New Roman"/>
          <w:sz w:val="24"/>
          <w:szCs w:val="24"/>
          <w:lang w:val="lt-LT"/>
        </w:rPr>
        <w:t>, atspindinti vėliavos formą</w:t>
      </w:r>
      <w:r w:rsidR="00935B4B" w:rsidRPr="00F6684A">
        <w:rPr>
          <w:rFonts w:ascii="Times New Roman" w:hAnsi="Times New Roman" w:cs="Times New Roman"/>
          <w:sz w:val="24"/>
          <w:szCs w:val="24"/>
          <w:lang w:val="lt-LT"/>
        </w:rPr>
        <w:t>;</w:t>
      </w:r>
    </w:p>
    <w:p w:rsidR="004C53EC" w:rsidRPr="00FD3AA2" w:rsidRDefault="008F0CB8" w:rsidP="004C53EC">
      <w:pPr>
        <w:spacing w:after="0" w:line="240" w:lineRule="auto"/>
        <w:ind w:firstLine="851"/>
        <w:jc w:val="both"/>
        <w:rPr>
          <w:rFonts w:ascii="Times New Roman" w:hAnsi="Times New Roman" w:cs="Times New Roman"/>
          <w:sz w:val="24"/>
          <w:szCs w:val="24"/>
          <w:lang w:val="lt-LT"/>
        </w:rPr>
      </w:pPr>
      <w:r w:rsidRPr="00DF530B">
        <w:rPr>
          <w:rFonts w:ascii="Times New Roman" w:hAnsi="Times New Roman" w:cs="Times New Roman"/>
          <w:sz w:val="24"/>
          <w:szCs w:val="24"/>
          <w:lang w:val="lt-LT"/>
        </w:rPr>
        <w:t>6</w:t>
      </w:r>
      <w:r w:rsidR="00631D34" w:rsidRPr="00DF530B">
        <w:rPr>
          <w:rFonts w:ascii="Times New Roman" w:hAnsi="Times New Roman" w:cs="Times New Roman"/>
          <w:sz w:val="24"/>
          <w:szCs w:val="24"/>
          <w:lang w:val="lt-LT"/>
        </w:rPr>
        <w:t xml:space="preserve">.2. </w:t>
      </w:r>
      <w:r w:rsidR="00935B4B" w:rsidRPr="00DF530B">
        <w:rPr>
          <w:rFonts w:ascii="Times New Roman" w:hAnsi="Times New Roman" w:cs="Times New Roman"/>
          <w:sz w:val="24"/>
          <w:szCs w:val="24"/>
          <w:lang w:val="lt-LT"/>
        </w:rPr>
        <w:t>v</w:t>
      </w:r>
      <w:r w:rsidR="00631D34" w:rsidRPr="00F84ECB">
        <w:rPr>
          <w:rFonts w:ascii="Times New Roman" w:hAnsi="Times New Roman" w:cs="Times New Roman"/>
          <w:sz w:val="24"/>
          <w:szCs w:val="24"/>
          <w:lang w:val="lt-LT"/>
        </w:rPr>
        <w:t>ėliava turi simboliškai atspindėti pilietiškumo, bendruomeniškumo ir Lietuvos valstybės</w:t>
      </w:r>
      <w:r w:rsidR="00B628EE" w:rsidRPr="00F84ECB">
        <w:rPr>
          <w:rFonts w:ascii="Times New Roman" w:hAnsi="Times New Roman" w:cs="Times New Roman"/>
          <w:sz w:val="24"/>
          <w:szCs w:val="24"/>
          <w:lang w:val="lt-LT"/>
        </w:rPr>
        <w:t xml:space="preserve"> </w:t>
      </w:r>
      <w:r w:rsidR="004C53EC" w:rsidRPr="00FD3AA2">
        <w:rPr>
          <w:rFonts w:ascii="Times New Roman" w:hAnsi="Times New Roman" w:cs="Times New Roman"/>
          <w:sz w:val="24"/>
          <w:szCs w:val="24"/>
          <w:lang w:val="lt-LT"/>
        </w:rPr>
        <w:t>idėjas;</w:t>
      </w:r>
    </w:p>
    <w:p w:rsidR="004C53EC" w:rsidRPr="00F6684A" w:rsidRDefault="008F0CB8" w:rsidP="004C53EC">
      <w:pPr>
        <w:spacing w:after="0" w:line="240" w:lineRule="auto"/>
        <w:ind w:firstLine="851"/>
        <w:jc w:val="both"/>
        <w:rPr>
          <w:rFonts w:ascii="Times New Roman" w:hAnsi="Times New Roman" w:cs="Times New Roman"/>
          <w:sz w:val="24"/>
          <w:szCs w:val="24"/>
          <w:lang w:val="lt-LT"/>
        </w:rPr>
      </w:pPr>
      <w:r w:rsidRPr="00515507">
        <w:rPr>
          <w:rFonts w:ascii="Times New Roman" w:hAnsi="Times New Roman" w:cs="Times New Roman"/>
          <w:sz w:val="24"/>
          <w:szCs w:val="24"/>
          <w:lang w:val="lt-LT"/>
        </w:rPr>
        <w:t>6</w:t>
      </w:r>
      <w:r w:rsidR="00631D34" w:rsidRPr="00515507">
        <w:rPr>
          <w:rFonts w:ascii="Times New Roman" w:hAnsi="Times New Roman" w:cs="Times New Roman"/>
          <w:sz w:val="24"/>
          <w:szCs w:val="24"/>
          <w:lang w:val="lt-LT"/>
        </w:rPr>
        <w:t xml:space="preserve">.3. </w:t>
      </w:r>
      <w:r w:rsidR="00935B4B" w:rsidRPr="00515507">
        <w:rPr>
          <w:rFonts w:ascii="Times New Roman" w:hAnsi="Times New Roman" w:cs="Times New Roman"/>
          <w:sz w:val="24"/>
          <w:szCs w:val="24"/>
          <w:lang w:val="lt-LT"/>
        </w:rPr>
        <w:t>m</w:t>
      </w:r>
      <w:r w:rsidR="00631D34" w:rsidRPr="00515507">
        <w:rPr>
          <w:rFonts w:ascii="Times New Roman" w:hAnsi="Times New Roman" w:cs="Times New Roman"/>
          <w:sz w:val="24"/>
          <w:szCs w:val="24"/>
          <w:lang w:val="lt-LT"/>
        </w:rPr>
        <w:t>okykla pateikia ne mažiau kaip vieną nuotrauką, kurioje užfiksuota sukurta vėliava (g</w:t>
      </w:r>
      <w:r w:rsidR="007C086C" w:rsidRPr="00515507">
        <w:rPr>
          <w:rFonts w:ascii="Times New Roman" w:hAnsi="Times New Roman" w:cs="Times New Roman"/>
          <w:sz w:val="24"/>
          <w:szCs w:val="24"/>
          <w:lang w:val="lt-LT"/>
        </w:rPr>
        <w:t>ali būti su mokyklos bendruomen</w:t>
      </w:r>
      <w:r w:rsidR="004C53EC" w:rsidRPr="00F6684A">
        <w:rPr>
          <w:rFonts w:ascii="Times New Roman" w:hAnsi="Times New Roman" w:cs="Times New Roman"/>
          <w:sz w:val="24"/>
          <w:szCs w:val="24"/>
          <w:lang w:val="lt-LT"/>
        </w:rPr>
        <w:t>e</w:t>
      </w:r>
      <w:r w:rsidR="00631D34" w:rsidRPr="00F6684A">
        <w:rPr>
          <w:rFonts w:ascii="Times New Roman" w:hAnsi="Times New Roman" w:cs="Times New Roman"/>
          <w:sz w:val="24"/>
          <w:szCs w:val="24"/>
          <w:lang w:val="lt-LT"/>
        </w:rPr>
        <w:t>, pastato erdvėse ar viešoje vietoje)</w:t>
      </w:r>
      <w:r w:rsidR="00935B4B" w:rsidRPr="00F6684A">
        <w:rPr>
          <w:rFonts w:ascii="Times New Roman" w:hAnsi="Times New Roman" w:cs="Times New Roman"/>
          <w:sz w:val="24"/>
          <w:szCs w:val="24"/>
          <w:lang w:val="lt-LT"/>
        </w:rPr>
        <w:t>;</w:t>
      </w:r>
    </w:p>
    <w:p w:rsidR="004C53EC" w:rsidRPr="00F84ECB" w:rsidRDefault="008F0CB8" w:rsidP="004C53EC">
      <w:pPr>
        <w:spacing w:after="0" w:line="240" w:lineRule="auto"/>
        <w:ind w:firstLine="851"/>
        <w:jc w:val="both"/>
        <w:rPr>
          <w:rFonts w:ascii="Times New Roman" w:hAnsi="Times New Roman" w:cs="Times New Roman"/>
          <w:sz w:val="24"/>
          <w:szCs w:val="24"/>
          <w:lang w:val="lt-LT"/>
        </w:rPr>
      </w:pPr>
      <w:r w:rsidRPr="00F6684A">
        <w:rPr>
          <w:rFonts w:ascii="Times New Roman" w:hAnsi="Times New Roman" w:cs="Times New Roman"/>
          <w:sz w:val="24"/>
          <w:szCs w:val="24"/>
          <w:lang w:val="lt-LT"/>
        </w:rPr>
        <w:t>6</w:t>
      </w:r>
      <w:r w:rsidR="00631D34" w:rsidRPr="00F6684A">
        <w:rPr>
          <w:rFonts w:ascii="Times New Roman" w:hAnsi="Times New Roman" w:cs="Times New Roman"/>
          <w:sz w:val="24"/>
          <w:szCs w:val="24"/>
          <w:lang w:val="lt-LT"/>
        </w:rPr>
        <w:t xml:space="preserve">.4. </w:t>
      </w:r>
      <w:r w:rsidR="00935B4B" w:rsidRPr="00F6684A">
        <w:rPr>
          <w:rFonts w:ascii="Times New Roman" w:hAnsi="Times New Roman" w:cs="Times New Roman"/>
          <w:sz w:val="24"/>
          <w:szCs w:val="24"/>
          <w:lang w:val="lt-LT"/>
        </w:rPr>
        <w:t>k</w:t>
      </w:r>
      <w:r w:rsidR="00631D34" w:rsidRPr="00F6684A">
        <w:rPr>
          <w:rFonts w:ascii="Times New Roman" w:hAnsi="Times New Roman" w:cs="Times New Roman"/>
          <w:sz w:val="24"/>
          <w:szCs w:val="24"/>
          <w:lang w:val="lt-LT"/>
        </w:rPr>
        <w:t>artu su nuotrauka p</w:t>
      </w:r>
      <w:r w:rsidR="00E36EE9">
        <w:rPr>
          <w:rFonts w:ascii="Times New Roman" w:hAnsi="Times New Roman" w:cs="Times New Roman"/>
          <w:sz w:val="24"/>
          <w:szCs w:val="24"/>
          <w:lang w:val="lt-LT"/>
        </w:rPr>
        <w:t>ateiki</w:t>
      </w:r>
      <w:r w:rsidR="00631D34" w:rsidRPr="00F84ECB">
        <w:rPr>
          <w:rFonts w:ascii="Times New Roman" w:hAnsi="Times New Roman" w:cs="Times New Roman"/>
          <w:sz w:val="24"/>
          <w:szCs w:val="24"/>
          <w:lang w:val="lt-LT"/>
        </w:rPr>
        <w:t>amas trumpas (iki 200 žodžių) aprašymas arba šūkis, paaiškinantis idėją ir kūrybinį sumanymą</w:t>
      </w:r>
      <w:r w:rsidR="00790265" w:rsidRPr="00F84ECB">
        <w:rPr>
          <w:rFonts w:ascii="Times New Roman" w:hAnsi="Times New Roman" w:cs="Times New Roman"/>
          <w:sz w:val="24"/>
          <w:szCs w:val="24"/>
          <w:lang w:val="lt-LT"/>
        </w:rPr>
        <w:t>.</w:t>
      </w:r>
    </w:p>
    <w:p w:rsidR="004C53EC" w:rsidRDefault="008F0CB8" w:rsidP="00A878F2">
      <w:pPr>
        <w:spacing w:after="0" w:line="240" w:lineRule="auto"/>
        <w:ind w:firstLine="851"/>
        <w:jc w:val="both"/>
        <w:rPr>
          <w:rFonts w:ascii="Times New Roman" w:hAnsi="Times New Roman" w:cs="Times New Roman"/>
          <w:sz w:val="24"/>
          <w:szCs w:val="24"/>
          <w:lang w:val="lt-LT"/>
        </w:rPr>
      </w:pPr>
      <w:r w:rsidRPr="00F84ECB">
        <w:rPr>
          <w:rFonts w:ascii="Times New Roman" w:hAnsi="Times New Roman" w:cs="Times New Roman"/>
          <w:sz w:val="24"/>
          <w:szCs w:val="24"/>
          <w:lang w:val="lt-LT"/>
        </w:rPr>
        <w:t>7</w:t>
      </w:r>
      <w:r w:rsidR="004C53EC" w:rsidRPr="00F84ECB">
        <w:rPr>
          <w:rFonts w:ascii="Times New Roman" w:hAnsi="Times New Roman" w:cs="Times New Roman"/>
          <w:sz w:val="24"/>
          <w:szCs w:val="24"/>
          <w:lang w:val="lt-LT"/>
        </w:rPr>
        <w:t xml:space="preserve">. </w:t>
      </w:r>
      <w:r w:rsidR="00556DA0" w:rsidRPr="00F84ECB">
        <w:rPr>
          <w:rFonts w:ascii="Times New Roman" w:hAnsi="Times New Roman" w:cs="Times New Roman"/>
          <w:sz w:val="24"/>
          <w:szCs w:val="24"/>
          <w:lang w:val="lt-LT"/>
        </w:rPr>
        <w:t>K</w:t>
      </w:r>
      <w:r w:rsidR="00790265" w:rsidRPr="00A726ED">
        <w:rPr>
          <w:rFonts w:ascii="Times New Roman" w:hAnsi="Times New Roman" w:cs="Times New Roman"/>
          <w:sz w:val="24"/>
          <w:szCs w:val="24"/>
          <w:lang w:val="lt-LT"/>
        </w:rPr>
        <w:t>AM</w:t>
      </w:r>
      <w:r w:rsidR="00556DA0" w:rsidRPr="00F6684A">
        <w:rPr>
          <w:rFonts w:ascii="Times New Roman" w:hAnsi="Times New Roman" w:cs="Times New Roman"/>
          <w:sz w:val="24"/>
          <w:szCs w:val="24"/>
          <w:lang w:val="lt-LT"/>
        </w:rPr>
        <w:t xml:space="preserve"> </w:t>
      </w:r>
      <w:r w:rsidRPr="00F6684A">
        <w:rPr>
          <w:rFonts w:ascii="Times New Roman" w:hAnsi="Times New Roman" w:cs="Times New Roman"/>
          <w:sz w:val="24"/>
          <w:szCs w:val="24"/>
          <w:lang w:val="lt-LT"/>
        </w:rPr>
        <w:t>pa</w:t>
      </w:r>
      <w:r w:rsidR="00790265" w:rsidRPr="00A726ED">
        <w:rPr>
          <w:rFonts w:ascii="Times New Roman" w:hAnsi="Times New Roman" w:cs="Times New Roman"/>
          <w:sz w:val="24"/>
          <w:szCs w:val="24"/>
          <w:lang w:val="lt-LT"/>
        </w:rPr>
        <w:t>viešina</w:t>
      </w:r>
      <w:r w:rsidR="00355120" w:rsidRPr="00DF530B">
        <w:rPr>
          <w:rFonts w:ascii="Times New Roman" w:hAnsi="Times New Roman" w:cs="Times New Roman"/>
          <w:sz w:val="24"/>
          <w:szCs w:val="24"/>
          <w:lang w:val="lt-LT"/>
        </w:rPr>
        <w:t xml:space="preserve"> Kūrinių nuotraukas</w:t>
      </w:r>
      <w:r w:rsidR="00556DA0" w:rsidRPr="00F6684A">
        <w:rPr>
          <w:rFonts w:ascii="Times New Roman" w:hAnsi="Times New Roman" w:cs="Times New Roman"/>
          <w:sz w:val="24"/>
          <w:szCs w:val="24"/>
          <w:lang w:val="lt-LT"/>
        </w:rPr>
        <w:t xml:space="preserve"> </w:t>
      </w:r>
      <w:r w:rsidR="00790265" w:rsidRPr="00A726ED">
        <w:rPr>
          <w:rFonts w:ascii="Times New Roman" w:hAnsi="Times New Roman" w:cs="Times New Roman"/>
          <w:sz w:val="24"/>
          <w:szCs w:val="24"/>
          <w:lang w:val="lt-LT"/>
        </w:rPr>
        <w:t xml:space="preserve">žiniasklaidos portale. Viešas </w:t>
      </w:r>
      <w:r w:rsidR="00F84ECB">
        <w:rPr>
          <w:rFonts w:ascii="Times New Roman" w:hAnsi="Times New Roman" w:cs="Times New Roman"/>
          <w:sz w:val="24"/>
          <w:szCs w:val="24"/>
          <w:lang w:val="lt-LT"/>
        </w:rPr>
        <w:t xml:space="preserve">visuomenės </w:t>
      </w:r>
      <w:r w:rsidR="00790265" w:rsidRPr="00A726ED">
        <w:rPr>
          <w:rFonts w:ascii="Times New Roman" w:hAnsi="Times New Roman" w:cs="Times New Roman"/>
          <w:sz w:val="24"/>
          <w:szCs w:val="24"/>
          <w:lang w:val="lt-LT"/>
        </w:rPr>
        <w:t xml:space="preserve">balsavimas </w:t>
      </w:r>
      <w:r w:rsidR="009923F6" w:rsidRPr="00F6684A">
        <w:rPr>
          <w:rFonts w:ascii="Times New Roman" w:hAnsi="Times New Roman" w:cs="Times New Roman"/>
          <w:sz w:val="24"/>
          <w:szCs w:val="24"/>
          <w:lang w:val="lt-LT"/>
        </w:rPr>
        <w:t xml:space="preserve">vyksta dviem etapais: </w:t>
      </w:r>
      <w:r w:rsidR="00790265" w:rsidRPr="00A726ED">
        <w:rPr>
          <w:rFonts w:ascii="Times New Roman" w:hAnsi="Times New Roman" w:cs="Times New Roman"/>
          <w:sz w:val="24"/>
          <w:szCs w:val="24"/>
          <w:lang w:val="lt-LT"/>
        </w:rPr>
        <w:t>pirmu etapu (trukmė – 2 savaitės) balsuoti teikiami visi Kūriniai</w:t>
      </w:r>
      <w:r w:rsidR="009923F6" w:rsidRPr="00F6684A">
        <w:rPr>
          <w:rFonts w:ascii="Times New Roman" w:hAnsi="Times New Roman" w:cs="Times New Roman"/>
          <w:sz w:val="24"/>
          <w:szCs w:val="24"/>
          <w:lang w:val="lt-LT"/>
        </w:rPr>
        <w:t xml:space="preserve">, </w:t>
      </w:r>
      <w:r w:rsidR="00790265" w:rsidRPr="00A726ED">
        <w:rPr>
          <w:rFonts w:ascii="Times New Roman" w:hAnsi="Times New Roman" w:cs="Times New Roman"/>
          <w:sz w:val="24"/>
          <w:szCs w:val="24"/>
          <w:lang w:val="lt-LT"/>
        </w:rPr>
        <w:t xml:space="preserve">antru etapu </w:t>
      </w:r>
      <w:r w:rsidR="00790265" w:rsidRPr="00A726ED">
        <w:rPr>
          <w:rFonts w:ascii="Times New Roman" w:hAnsi="Times New Roman" w:cs="Times New Roman"/>
          <w:sz w:val="24"/>
          <w:szCs w:val="24"/>
          <w:lang w:val="lt-LT"/>
        </w:rPr>
        <w:lastRenderedPageBreak/>
        <w:t>(</w:t>
      </w:r>
      <w:r w:rsidR="00305429">
        <w:rPr>
          <w:rFonts w:ascii="Times New Roman" w:hAnsi="Times New Roman" w:cs="Times New Roman"/>
          <w:sz w:val="24"/>
          <w:szCs w:val="24"/>
          <w:lang w:val="lt-LT"/>
        </w:rPr>
        <w:t>trukmė – 1</w:t>
      </w:r>
      <w:r w:rsidR="009923F6" w:rsidRPr="00F6684A">
        <w:rPr>
          <w:rFonts w:ascii="Times New Roman" w:hAnsi="Times New Roman" w:cs="Times New Roman"/>
          <w:sz w:val="24"/>
          <w:szCs w:val="24"/>
          <w:lang w:val="lt-LT"/>
        </w:rPr>
        <w:t xml:space="preserve"> savait</w:t>
      </w:r>
      <w:r w:rsidR="00FD036E" w:rsidRPr="00A726ED">
        <w:rPr>
          <w:rFonts w:ascii="Times New Roman" w:hAnsi="Times New Roman" w:cs="Times New Roman"/>
          <w:sz w:val="24"/>
          <w:szCs w:val="24"/>
          <w:lang w:val="lt-LT"/>
        </w:rPr>
        <w:t>ė</w:t>
      </w:r>
      <w:r w:rsidR="009923F6" w:rsidRPr="00F6684A">
        <w:rPr>
          <w:rFonts w:ascii="Times New Roman" w:hAnsi="Times New Roman" w:cs="Times New Roman"/>
          <w:sz w:val="24"/>
          <w:szCs w:val="24"/>
          <w:lang w:val="lt-LT"/>
        </w:rPr>
        <w:t>s</w:t>
      </w:r>
      <w:r w:rsidR="00FD036E" w:rsidRPr="00A726ED">
        <w:rPr>
          <w:rFonts w:ascii="Times New Roman" w:hAnsi="Times New Roman" w:cs="Times New Roman"/>
          <w:sz w:val="24"/>
          <w:szCs w:val="24"/>
          <w:lang w:val="lt-LT"/>
        </w:rPr>
        <w:t>)</w:t>
      </w:r>
      <w:r w:rsidR="009923F6" w:rsidRPr="00F6684A">
        <w:rPr>
          <w:rFonts w:ascii="Times New Roman" w:hAnsi="Times New Roman" w:cs="Times New Roman"/>
          <w:sz w:val="24"/>
          <w:szCs w:val="24"/>
          <w:lang w:val="lt-LT"/>
        </w:rPr>
        <w:t xml:space="preserve"> </w:t>
      </w:r>
      <w:r w:rsidR="00E36EE9" w:rsidRPr="00DF530B">
        <w:rPr>
          <w:rFonts w:ascii="Times New Roman" w:hAnsi="Times New Roman" w:cs="Times New Roman"/>
          <w:sz w:val="24"/>
          <w:szCs w:val="24"/>
          <w:lang w:val="lt-LT"/>
        </w:rPr>
        <w:t xml:space="preserve">balsuoti teikiama 10 </w:t>
      </w:r>
      <w:r w:rsidR="00E36EE9">
        <w:rPr>
          <w:rFonts w:ascii="Times New Roman" w:hAnsi="Times New Roman" w:cs="Times New Roman"/>
          <w:sz w:val="24"/>
          <w:szCs w:val="24"/>
          <w:lang w:val="lt-LT"/>
        </w:rPr>
        <w:t>K</w:t>
      </w:r>
      <w:r w:rsidR="00E36EE9" w:rsidRPr="00C820BB">
        <w:rPr>
          <w:rFonts w:ascii="Times New Roman" w:hAnsi="Times New Roman" w:cs="Times New Roman"/>
          <w:sz w:val="24"/>
          <w:szCs w:val="24"/>
          <w:lang w:val="lt-LT"/>
        </w:rPr>
        <w:t>ūrinių</w:t>
      </w:r>
      <w:r w:rsidR="00F6684A" w:rsidRPr="00A726ED">
        <w:rPr>
          <w:rFonts w:ascii="Times New Roman" w:hAnsi="Times New Roman" w:cs="Times New Roman"/>
          <w:sz w:val="24"/>
          <w:szCs w:val="24"/>
          <w:lang w:val="lt-LT"/>
        </w:rPr>
        <w:t>, surinkusių daugiausia</w:t>
      </w:r>
      <w:r w:rsidR="00FD036E" w:rsidRPr="00A726ED">
        <w:rPr>
          <w:rFonts w:ascii="Times New Roman" w:hAnsi="Times New Roman" w:cs="Times New Roman"/>
          <w:sz w:val="24"/>
          <w:szCs w:val="24"/>
          <w:lang w:val="lt-LT"/>
        </w:rPr>
        <w:t xml:space="preserve"> balsų</w:t>
      </w:r>
      <w:r w:rsidR="00E36EE9">
        <w:rPr>
          <w:rFonts w:ascii="Times New Roman" w:hAnsi="Times New Roman" w:cs="Times New Roman"/>
          <w:sz w:val="24"/>
          <w:szCs w:val="24"/>
          <w:lang w:val="lt-LT"/>
        </w:rPr>
        <w:t xml:space="preserve"> pirmame etape</w:t>
      </w:r>
      <w:r w:rsidR="00FD036E" w:rsidRPr="00A726ED">
        <w:rPr>
          <w:rFonts w:ascii="Times New Roman" w:hAnsi="Times New Roman" w:cs="Times New Roman"/>
          <w:sz w:val="24"/>
          <w:szCs w:val="24"/>
          <w:lang w:val="lt-LT"/>
        </w:rPr>
        <w:t xml:space="preserve">. </w:t>
      </w:r>
      <w:r w:rsidR="00E36EE9">
        <w:rPr>
          <w:rFonts w:ascii="Times New Roman" w:hAnsi="Times New Roman" w:cs="Times New Roman"/>
          <w:sz w:val="24"/>
          <w:szCs w:val="24"/>
          <w:lang w:val="lt-LT"/>
        </w:rPr>
        <w:t xml:space="preserve">Antru etapu balsuoti gali būti teikiami 5 Kūriniai, surinkę daugiausia balsų pirmame etape. </w:t>
      </w:r>
      <w:r w:rsidR="009923F6" w:rsidRPr="00F6684A">
        <w:rPr>
          <w:rFonts w:ascii="Times New Roman" w:hAnsi="Times New Roman" w:cs="Times New Roman"/>
          <w:sz w:val="24"/>
          <w:szCs w:val="24"/>
          <w:lang w:val="lt-LT"/>
        </w:rPr>
        <w:t xml:space="preserve">Tik antrame etape suteikiami galutiniai iki 30 proc. </w:t>
      </w:r>
      <w:r w:rsidR="00F6684A" w:rsidRPr="00A726ED">
        <w:rPr>
          <w:rFonts w:ascii="Times New Roman" w:hAnsi="Times New Roman" w:cs="Times New Roman"/>
          <w:sz w:val="24"/>
          <w:szCs w:val="24"/>
          <w:lang w:val="lt-LT"/>
        </w:rPr>
        <w:t xml:space="preserve">vertės </w:t>
      </w:r>
      <w:r w:rsidR="009923F6" w:rsidRPr="00F6684A">
        <w:rPr>
          <w:rFonts w:ascii="Times New Roman" w:hAnsi="Times New Roman" w:cs="Times New Roman"/>
          <w:sz w:val="24"/>
          <w:szCs w:val="24"/>
          <w:lang w:val="lt-LT"/>
        </w:rPr>
        <w:t>bendro įvertinimo balai.</w:t>
      </w:r>
    </w:p>
    <w:p w:rsidR="00116F03" w:rsidRPr="004C53EC" w:rsidRDefault="00116F03" w:rsidP="004C53EC">
      <w:pPr>
        <w:spacing w:after="0" w:line="240" w:lineRule="auto"/>
        <w:ind w:firstLine="851"/>
        <w:jc w:val="both"/>
        <w:rPr>
          <w:rFonts w:ascii="Times New Roman" w:hAnsi="Times New Roman" w:cs="Times New Roman"/>
          <w:sz w:val="24"/>
          <w:szCs w:val="24"/>
          <w:lang w:val="lt-LT"/>
        </w:rPr>
      </w:pPr>
    </w:p>
    <w:p w:rsidR="004C53EC" w:rsidRDefault="00631D34" w:rsidP="00852BED">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III SKYRIUS</w:t>
      </w:r>
    </w:p>
    <w:p w:rsidR="00116F03" w:rsidRPr="00852BED" w:rsidRDefault="006D1B5C" w:rsidP="00852BED">
      <w:pPr>
        <w:pStyle w:val="Heading2"/>
        <w:spacing w:before="0" w:line="240" w:lineRule="auto"/>
        <w:jc w:val="center"/>
        <w:rPr>
          <w:rFonts w:ascii="Times New Roman" w:hAnsi="Times New Roman" w:cs="Times New Roman"/>
          <w:color w:val="auto"/>
          <w:sz w:val="24"/>
          <w:szCs w:val="24"/>
          <w:lang w:val="lt-LT"/>
        </w:rPr>
      </w:pPr>
      <w:r>
        <w:rPr>
          <w:rFonts w:ascii="Times New Roman" w:hAnsi="Times New Roman" w:cs="Times New Roman"/>
          <w:color w:val="auto"/>
          <w:sz w:val="24"/>
          <w:szCs w:val="24"/>
          <w:lang w:val="lt-LT"/>
        </w:rPr>
        <w:t xml:space="preserve">KONKURSO ATRANKOS </w:t>
      </w:r>
      <w:r w:rsidR="00631D34" w:rsidRPr="00852BED">
        <w:rPr>
          <w:rFonts w:ascii="Times New Roman" w:hAnsi="Times New Roman" w:cs="Times New Roman"/>
          <w:color w:val="auto"/>
          <w:sz w:val="24"/>
          <w:szCs w:val="24"/>
          <w:lang w:val="lt-LT"/>
        </w:rPr>
        <w:t>KOMISIJOS DARBO ORGANIZAVIMAS</w:t>
      </w:r>
    </w:p>
    <w:p w:rsidR="007C086C" w:rsidRPr="00852BED" w:rsidRDefault="007C086C" w:rsidP="00852BED">
      <w:pPr>
        <w:spacing w:after="0" w:line="240" w:lineRule="auto"/>
        <w:rPr>
          <w:rFonts w:ascii="Times New Roman" w:hAnsi="Times New Roman" w:cs="Times New Roman"/>
          <w:lang w:val="lt-LT"/>
        </w:rPr>
      </w:pPr>
    </w:p>
    <w:p w:rsidR="00AA2BB2" w:rsidRPr="004C53EC" w:rsidRDefault="008F0CB8"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8</w:t>
      </w:r>
      <w:r w:rsidR="004C53EC">
        <w:rPr>
          <w:rFonts w:ascii="Times New Roman" w:hAnsi="Times New Roman" w:cs="Times New Roman"/>
          <w:sz w:val="24"/>
          <w:szCs w:val="24"/>
          <w:lang w:val="lt-LT"/>
        </w:rPr>
        <w:t xml:space="preserve">. </w:t>
      </w:r>
      <w:r w:rsidR="00631D34" w:rsidRPr="004C53EC">
        <w:rPr>
          <w:rFonts w:ascii="Times New Roman" w:hAnsi="Times New Roman" w:cs="Times New Roman"/>
          <w:sz w:val="24"/>
          <w:szCs w:val="24"/>
          <w:lang w:val="lt-LT"/>
        </w:rPr>
        <w:t xml:space="preserve">Mokyklų atranką vykdo </w:t>
      </w:r>
      <w:r w:rsidR="006D1B5C">
        <w:rPr>
          <w:rFonts w:ascii="Times New Roman" w:hAnsi="Times New Roman" w:cs="Times New Roman"/>
          <w:sz w:val="24"/>
          <w:szCs w:val="24"/>
          <w:lang w:val="lt-LT"/>
        </w:rPr>
        <w:t xml:space="preserve">Konkurso </w:t>
      </w:r>
      <w:r w:rsidR="00631D34" w:rsidRPr="004C53EC">
        <w:rPr>
          <w:rFonts w:ascii="Times New Roman" w:hAnsi="Times New Roman" w:cs="Times New Roman"/>
          <w:sz w:val="24"/>
          <w:szCs w:val="24"/>
          <w:lang w:val="lt-LT"/>
        </w:rPr>
        <w:t xml:space="preserve">atrankos komisija (toliau – </w:t>
      </w:r>
      <w:r w:rsidR="00E9558F">
        <w:rPr>
          <w:rFonts w:ascii="Times New Roman" w:hAnsi="Times New Roman" w:cs="Times New Roman"/>
          <w:sz w:val="24"/>
          <w:szCs w:val="24"/>
          <w:lang w:val="lt-LT"/>
        </w:rPr>
        <w:t>K</w:t>
      </w:r>
      <w:r w:rsidR="00631D34" w:rsidRPr="004C53EC">
        <w:rPr>
          <w:rFonts w:ascii="Times New Roman" w:hAnsi="Times New Roman" w:cs="Times New Roman"/>
          <w:sz w:val="24"/>
          <w:szCs w:val="24"/>
          <w:lang w:val="lt-LT"/>
        </w:rPr>
        <w:t>omisija), patvirtinta krašto</w:t>
      </w:r>
      <w:r w:rsidR="00AA2BB2" w:rsidRPr="004C53EC">
        <w:rPr>
          <w:rFonts w:ascii="Times New Roman" w:hAnsi="Times New Roman" w:cs="Times New Roman"/>
          <w:sz w:val="24"/>
          <w:szCs w:val="24"/>
          <w:lang w:val="lt-LT"/>
        </w:rPr>
        <w:t xml:space="preserve"> apsaugos ministro įsakymu.</w:t>
      </w:r>
    </w:p>
    <w:p w:rsidR="00AA2BB2" w:rsidRPr="004C53EC" w:rsidRDefault="008F0CB8" w:rsidP="004C53EC">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9</w:t>
      </w:r>
      <w:r w:rsidR="004C53EC">
        <w:rPr>
          <w:rFonts w:ascii="Times New Roman" w:hAnsi="Times New Roman" w:cs="Times New Roman"/>
          <w:sz w:val="24"/>
          <w:szCs w:val="24"/>
          <w:lang w:val="lt-LT"/>
        </w:rPr>
        <w:t xml:space="preserve">. </w:t>
      </w:r>
      <w:r w:rsidR="00631D34" w:rsidRPr="004C53EC">
        <w:rPr>
          <w:rFonts w:ascii="Times New Roman" w:hAnsi="Times New Roman" w:cs="Times New Roman"/>
          <w:sz w:val="24"/>
          <w:szCs w:val="24"/>
          <w:lang w:val="lt-LT"/>
        </w:rPr>
        <w:t xml:space="preserve">Komisiją sudaro pirmininkas, </w:t>
      </w:r>
      <w:r w:rsidR="00935B4B">
        <w:rPr>
          <w:rFonts w:ascii="Times New Roman" w:hAnsi="Times New Roman" w:cs="Times New Roman"/>
          <w:sz w:val="24"/>
          <w:szCs w:val="24"/>
          <w:lang w:val="lt-LT"/>
        </w:rPr>
        <w:t>6</w:t>
      </w:r>
      <w:r w:rsidR="00BE709E" w:rsidRPr="004C53EC">
        <w:rPr>
          <w:rFonts w:ascii="Times New Roman" w:hAnsi="Times New Roman" w:cs="Times New Roman"/>
          <w:sz w:val="24"/>
          <w:szCs w:val="24"/>
          <w:lang w:val="lt-LT"/>
        </w:rPr>
        <w:t xml:space="preserve"> </w:t>
      </w:r>
      <w:r w:rsidR="00631D34" w:rsidRPr="004C53EC">
        <w:rPr>
          <w:rFonts w:ascii="Times New Roman" w:hAnsi="Times New Roman" w:cs="Times New Roman"/>
          <w:sz w:val="24"/>
          <w:szCs w:val="24"/>
          <w:lang w:val="lt-LT"/>
        </w:rPr>
        <w:t xml:space="preserve">nariai ir </w:t>
      </w:r>
      <w:r w:rsidR="00E9558F">
        <w:rPr>
          <w:rFonts w:ascii="Times New Roman" w:hAnsi="Times New Roman" w:cs="Times New Roman"/>
          <w:sz w:val="24"/>
          <w:szCs w:val="24"/>
          <w:lang w:val="lt-LT"/>
        </w:rPr>
        <w:t>K</w:t>
      </w:r>
      <w:r w:rsidR="00631D34" w:rsidRPr="004C53EC">
        <w:rPr>
          <w:rFonts w:ascii="Times New Roman" w:hAnsi="Times New Roman" w:cs="Times New Roman"/>
          <w:sz w:val="24"/>
          <w:szCs w:val="24"/>
          <w:lang w:val="lt-LT"/>
        </w:rPr>
        <w:t xml:space="preserve">omisijos sekretorius. KAM į </w:t>
      </w:r>
      <w:r w:rsidR="00E9558F">
        <w:rPr>
          <w:rFonts w:ascii="Times New Roman" w:hAnsi="Times New Roman" w:cs="Times New Roman"/>
          <w:sz w:val="24"/>
          <w:szCs w:val="24"/>
          <w:lang w:val="lt-LT"/>
        </w:rPr>
        <w:t>K</w:t>
      </w:r>
      <w:r w:rsidR="00631D34" w:rsidRPr="004C53EC">
        <w:rPr>
          <w:rFonts w:ascii="Times New Roman" w:hAnsi="Times New Roman" w:cs="Times New Roman"/>
          <w:sz w:val="24"/>
          <w:szCs w:val="24"/>
          <w:lang w:val="lt-LT"/>
        </w:rPr>
        <w:t xml:space="preserve">omisiją skiria 3 asmenis (pirmininką, 1 narį ir </w:t>
      </w:r>
      <w:r w:rsidR="006D1B5C">
        <w:rPr>
          <w:rFonts w:ascii="Times New Roman" w:hAnsi="Times New Roman" w:cs="Times New Roman"/>
          <w:sz w:val="24"/>
          <w:szCs w:val="24"/>
          <w:lang w:val="lt-LT"/>
        </w:rPr>
        <w:t>K</w:t>
      </w:r>
      <w:r w:rsidR="00631D34" w:rsidRPr="004C53EC">
        <w:rPr>
          <w:rFonts w:ascii="Times New Roman" w:hAnsi="Times New Roman" w:cs="Times New Roman"/>
          <w:sz w:val="24"/>
          <w:szCs w:val="24"/>
          <w:lang w:val="lt-LT"/>
        </w:rPr>
        <w:t xml:space="preserve">omisijos sekretorių), ŠMSM į </w:t>
      </w:r>
      <w:r w:rsidR="006D1B5C">
        <w:rPr>
          <w:rFonts w:ascii="Times New Roman" w:hAnsi="Times New Roman" w:cs="Times New Roman"/>
          <w:sz w:val="24"/>
          <w:szCs w:val="24"/>
          <w:lang w:val="lt-LT"/>
        </w:rPr>
        <w:t>K</w:t>
      </w:r>
      <w:r w:rsidR="00631D34" w:rsidRPr="004C53EC">
        <w:rPr>
          <w:rFonts w:ascii="Times New Roman" w:hAnsi="Times New Roman" w:cs="Times New Roman"/>
          <w:sz w:val="24"/>
          <w:szCs w:val="24"/>
          <w:lang w:val="lt-LT"/>
        </w:rPr>
        <w:t>omisiją skiria 2</w:t>
      </w:r>
      <w:r w:rsidR="00AA2BB2" w:rsidRPr="004C53EC">
        <w:rPr>
          <w:rFonts w:ascii="Times New Roman" w:hAnsi="Times New Roman" w:cs="Times New Roman"/>
          <w:sz w:val="24"/>
          <w:szCs w:val="24"/>
          <w:lang w:val="lt-LT"/>
        </w:rPr>
        <w:t xml:space="preserve"> narius, LNM skiria </w:t>
      </w:r>
      <w:r w:rsidR="00BE709E" w:rsidRPr="004C53EC">
        <w:rPr>
          <w:rFonts w:ascii="Times New Roman" w:hAnsi="Times New Roman" w:cs="Times New Roman"/>
          <w:sz w:val="24"/>
          <w:szCs w:val="24"/>
          <w:lang w:val="lt-LT"/>
        </w:rPr>
        <w:t>2</w:t>
      </w:r>
      <w:r w:rsidR="00AA2BB2" w:rsidRPr="004C53EC">
        <w:rPr>
          <w:rFonts w:ascii="Times New Roman" w:hAnsi="Times New Roman" w:cs="Times New Roman"/>
          <w:sz w:val="24"/>
          <w:szCs w:val="24"/>
          <w:lang w:val="lt-LT"/>
        </w:rPr>
        <w:t xml:space="preserve"> nar</w:t>
      </w:r>
      <w:r w:rsidR="00BE709E" w:rsidRPr="004C53EC">
        <w:rPr>
          <w:rFonts w:ascii="Times New Roman" w:hAnsi="Times New Roman" w:cs="Times New Roman"/>
          <w:sz w:val="24"/>
          <w:szCs w:val="24"/>
          <w:lang w:val="lt-LT"/>
        </w:rPr>
        <w:t>ius</w:t>
      </w:r>
      <w:r w:rsidR="00AA2BB2" w:rsidRPr="004C53EC">
        <w:rPr>
          <w:rFonts w:ascii="Times New Roman" w:hAnsi="Times New Roman" w:cs="Times New Roman"/>
          <w:sz w:val="24"/>
          <w:szCs w:val="24"/>
          <w:lang w:val="lt-LT"/>
        </w:rPr>
        <w:t>.</w:t>
      </w:r>
    </w:p>
    <w:p w:rsidR="00AA2BB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10</w:t>
      </w:r>
      <w:r w:rsidR="00852BED">
        <w:rPr>
          <w:rFonts w:ascii="Times New Roman" w:hAnsi="Times New Roman" w:cs="Times New Roman"/>
          <w:sz w:val="24"/>
          <w:szCs w:val="24"/>
          <w:lang w:val="lt-LT"/>
        </w:rPr>
        <w:t xml:space="preserve">. </w:t>
      </w:r>
      <w:r w:rsidR="00631D34" w:rsidRPr="00852BED">
        <w:rPr>
          <w:rFonts w:ascii="Times New Roman" w:hAnsi="Times New Roman" w:cs="Times New Roman"/>
          <w:sz w:val="24"/>
          <w:szCs w:val="24"/>
          <w:lang w:val="lt-LT"/>
        </w:rPr>
        <w:t xml:space="preserve">Komisija renkasi vieną kartą </w:t>
      </w:r>
      <w:r w:rsidR="006A7DAB" w:rsidRPr="00852BED">
        <w:rPr>
          <w:rFonts w:ascii="Times New Roman" w:hAnsi="Times New Roman" w:cs="Times New Roman"/>
          <w:sz w:val="24"/>
          <w:szCs w:val="24"/>
          <w:lang w:val="lt-LT"/>
        </w:rPr>
        <w:t>per metus gruodžio</w:t>
      </w:r>
      <w:r w:rsidR="00556DA0">
        <w:rPr>
          <w:rFonts w:ascii="Times New Roman" w:hAnsi="Times New Roman" w:cs="Times New Roman"/>
          <w:sz w:val="24"/>
          <w:szCs w:val="24"/>
          <w:lang w:val="lt-LT"/>
        </w:rPr>
        <w:t xml:space="preserve"> mėnesį, posėdį sušaukia </w:t>
      </w:r>
      <w:r w:rsidR="00E9558F">
        <w:rPr>
          <w:rFonts w:ascii="Times New Roman" w:hAnsi="Times New Roman" w:cs="Times New Roman"/>
          <w:sz w:val="24"/>
          <w:szCs w:val="24"/>
          <w:lang w:val="lt-LT"/>
        </w:rPr>
        <w:t>K</w:t>
      </w:r>
      <w:r w:rsidR="00556DA0" w:rsidRPr="00556DA0">
        <w:rPr>
          <w:rFonts w:ascii="Times New Roman" w:hAnsi="Times New Roman" w:cs="Times New Roman"/>
          <w:sz w:val="24"/>
          <w:szCs w:val="24"/>
          <w:lang w:val="lt-LT"/>
        </w:rPr>
        <w:t>omisijos pirmininkas</w:t>
      </w:r>
      <w:r w:rsidR="00556DA0">
        <w:rPr>
          <w:rFonts w:ascii="Times New Roman" w:hAnsi="Times New Roman" w:cs="Times New Roman"/>
          <w:sz w:val="24"/>
          <w:szCs w:val="24"/>
          <w:lang w:val="lt-LT"/>
        </w:rPr>
        <w:t>.</w:t>
      </w:r>
    </w:p>
    <w:p w:rsidR="00AA2BB2" w:rsidRPr="00A726ED" w:rsidRDefault="008F0CB8" w:rsidP="00852BED">
      <w:pPr>
        <w:spacing w:after="0" w:line="240" w:lineRule="auto"/>
        <w:ind w:firstLine="851"/>
        <w:jc w:val="both"/>
        <w:rPr>
          <w:rFonts w:ascii="Times New Roman" w:hAnsi="Times New Roman" w:cs="Times New Roman"/>
          <w:color w:val="FF0000"/>
          <w:sz w:val="24"/>
          <w:szCs w:val="24"/>
          <w:lang w:val="lt-LT"/>
        </w:rPr>
      </w:pPr>
      <w:r>
        <w:rPr>
          <w:rFonts w:ascii="Times New Roman" w:hAnsi="Times New Roman" w:cs="Times New Roman"/>
          <w:sz w:val="24"/>
          <w:szCs w:val="24"/>
          <w:lang w:val="lt-LT"/>
        </w:rPr>
        <w:t>11</w:t>
      </w:r>
      <w:r w:rsidR="00852BED" w:rsidRPr="00A726ED">
        <w:rPr>
          <w:rFonts w:ascii="Times New Roman" w:hAnsi="Times New Roman" w:cs="Times New Roman"/>
          <w:color w:val="FF0000"/>
          <w:sz w:val="24"/>
          <w:szCs w:val="24"/>
          <w:lang w:val="lt-LT"/>
        </w:rPr>
        <w:t xml:space="preserve">. </w:t>
      </w:r>
      <w:r w:rsidR="00631D34" w:rsidRPr="000F330F">
        <w:rPr>
          <w:rFonts w:ascii="Times New Roman" w:hAnsi="Times New Roman" w:cs="Times New Roman"/>
          <w:sz w:val="24"/>
          <w:szCs w:val="24"/>
          <w:lang w:val="lt-LT"/>
        </w:rPr>
        <w:t xml:space="preserve">Susipažinusi su </w:t>
      </w:r>
      <w:r w:rsidR="00795F19" w:rsidRPr="000F330F">
        <w:rPr>
          <w:rFonts w:ascii="Times New Roman" w:hAnsi="Times New Roman" w:cs="Times New Roman"/>
          <w:sz w:val="24"/>
          <w:szCs w:val="24"/>
          <w:lang w:val="lt-LT"/>
        </w:rPr>
        <w:t>Konkursui</w:t>
      </w:r>
      <w:r w:rsidR="00631D34" w:rsidRPr="000F330F">
        <w:rPr>
          <w:rFonts w:ascii="Times New Roman" w:hAnsi="Times New Roman" w:cs="Times New Roman"/>
          <w:sz w:val="24"/>
          <w:szCs w:val="24"/>
          <w:lang w:val="lt-LT"/>
        </w:rPr>
        <w:t xml:space="preserve"> pateiktomis paraiškomis</w:t>
      </w:r>
      <w:r w:rsidR="00E36EE9" w:rsidRPr="000F330F">
        <w:rPr>
          <w:rFonts w:ascii="Times New Roman" w:hAnsi="Times New Roman" w:cs="Times New Roman"/>
          <w:sz w:val="24"/>
          <w:szCs w:val="24"/>
          <w:lang w:val="lt-LT"/>
        </w:rPr>
        <w:t>,</w:t>
      </w:r>
      <w:r w:rsidR="00631D34" w:rsidRPr="000F330F">
        <w:rPr>
          <w:rFonts w:ascii="Times New Roman" w:hAnsi="Times New Roman" w:cs="Times New Roman"/>
          <w:sz w:val="24"/>
          <w:szCs w:val="24"/>
          <w:lang w:val="lt-LT"/>
        </w:rPr>
        <w:t xml:space="preserve"> </w:t>
      </w:r>
      <w:r w:rsidR="00E9558F" w:rsidRPr="000F330F">
        <w:rPr>
          <w:rFonts w:ascii="Times New Roman" w:hAnsi="Times New Roman" w:cs="Times New Roman"/>
          <w:sz w:val="24"/>
          <w:szCs w:val="24"/>
          <w:lang w:val="lt-LT"/>
        </w:rPr>
        <w:t>K</w:t>
      </w:r>
      <w:r w:rsidR="00631D34" w:rsidRPr="000F330F">
        <w:rPr>
          <w:rFonts w:ascii="Times New Roman" w:hAnsi="Times New Roman" w:cs="Times New Roman"/>
          <w:sz w:val="24"/>
          <w:szCs w:val="24"/>
          <w:lang w:val="lt-LT"/>
        </w:rPr>
        <w:t xml:space="preserve">omisija turi teisę, esant poreikiui, gauti papildomos informacijos </w:t>
      </w:r>
      <w:r w:rsidR="00A726ED" w:rsidRPr="000F330F">
        <w:rPr>
          <w:rFonts w:ascii="Times New Roman" w:hAnsi="Times New Roman" w:cs="Times New Roman"/>
          <w:sz w:val="24"/>
          <w:szCs w:val="24"/>
          <w:lang w:val="lt-LT"/>
        </w:rPr>
        <w:t>ir kreiptis į mokyklas.</w:t>
      </w:r>
    </w:p>
    <w:p w:rsid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12</w:t>
      </w:r>
      <w:r w:rsidR="00852BED" w:rsidRPr="00CD70BA">
        <w:rPr>
          <w:rFonts w:ascii="Times New Roman" w:hAnsi="Times New Roman" w:cs="Times New Roman"/>
          <w:sz w:val="24"/>
          <w:szCs w:val="24"/>
          <w:lang w:val="lt-LT"/>
        </w:rPr>
        <w:t xml:space="preserve">. </w:t>
      </w:r>
      <w:r w:rsidR="009657AD" w:rsidRPr="009657AD">
        <w:rPr>
          <w:rFonts w:ascii="Times New Roman" w:hAnsi="Times New Roman" w:cs="Times New Roman"/>
          <w:sz w:val="24"/>
          <w:szCs w:val="24"/>
          <w:lang w:val="lt-LT"/>
        </w:rPr>
        <w:t>Komisija paraiškas vertina pagal šiuos kriterijus:</w:t>
      </w:r>
    </w:p>
    <w:p w:rsid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12</w:t>
      </w:r>
      <w:r w:rsidR="00631D34" w:rsidRPr="00852BED">
        <w:rPr>
          <w:rFonts w:ascii="Times New Roman" w:hAnsi="Times New Roman" w:cs="Times New Roman"/>
          <w:sz w:val="24"/>
          <w:szCs w:val="24"/>
          <w:lang w:val="lt-LT"/>
        </w:rPr>
        <w:t xml:space="preserve">.1. veiklų </w:t>
      </w:r>
      <w:proofErr w:type="spellStart"/>
      <w:r w:rsidR="00631D34" w:rsidRPr="00852BED">
        <w:rPr>
          <w:rFonts w:ascii="Times New Roman" w:hAnsi="Times New Roman" w:cs="Times New Roman"/>
          <w:sz w:val="24"/>
          <w:szCs w:val="24"/>
          <w:lang w:val="lt-LT"/>
        </w:rPr>
        <w:t>įtrauktį</w:t>
      </w:r>
      <w:proofErr w:type="spellEnd"/>
      <w:r w:rsidR="00631D34" w:rsidRPr="00852BED">
        <w:rPr>
          <w:rFonts w:ascii="Times New Roman" w:hAnsi="Times New Roman" w:cs="Times New Roman"/>
          <w:sz w:val="24"/>
          <w:szCs w:val="24"/>
          <w:lang w:val="lt-LT"/>
        </w:rPr>
        <w:t xml:space="preserve"> ir poveikį bendruomenei – kiek įvairių grupių (mokiniai, mokytojai, tėvai, socialiai pažeidžiami vaikai, tautinės mažumos, vietos bendruomenės nariai) dalyvauja veiklose ir kokią pridėtinę vertę šios veiklos sukuria mokyklai ar bendruomenei (pvz., skatina pilietinį aktyvumą, telkia bendruomenę, formuoja pilietiškumo tradicijas);</w:t>
      </w:r>
    </w:p>
    <w:p w:rsid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12</w:t>
      </w:r>
      <w:r w:rsidR="00631D34" w:rsidRPr="00852BED">
        <w:rPr>
          <w:rFonts w:ascii="Times New Roman" w:hAnsi="Times New Roman" w:cs="Times New Roman"/>
          <w:sz w:val="24"/>
          <w:szCs w:val="24"/>
          <w:lang w:val="lt-LT"/>
        </w:rPr>
        <w:t>.2. tęstinumą – ar veiklos yra ilgalaikės, nuosekliai plėtojamos, planuojamos tęsti ateityje, ar vienkartinės;</w:t>
      </w:r>
    </w:p>
    <w:p w:rsidR="00852BED" w:rsidRPr="00FD3AA2"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12</w:t>
      </w:r>
      <w:r w:rsidR="00631D34" w:rsidRPr="00852BED">
        <w:rPr>
          <w:rFonts w:ascii="Times New Roman" w:hAnsi="Times New Roman" w:cs="Times New Roman"/>
          <w:sz w:val="24"/>
          <w:szCs w:val="24"/>
          <w:lang w:val="lt-LT"/>
        </w:rPr>
        <w:t>.3. kūrybišk</w:t>
      </w:r>
      <w:r w:rsidR="00C9594E">
        <w:rPr>
          <w:rFonts w:ascii="Times New Roman" w:hAnsi="Times New Roman" w:cs="Times New Roman"/>
          <w:sz w:val="24"/>
          <w:szCs w:val="24"/>
          <w:lang w:val="lt-LT"/>
        </w:rPr>
        <w:t>umą – ar mokyklos veiklose</w:t>
      </w:r>
      <w:bookmarkStart w:id="0" w:name="_GoBack"/>
      <w:bookmarkEnd w:id="0"/>
      <w:r w:rsidR="00631D34" w:rsidRPr="00852BED">
        <w:rPr>
          <w:rFonts w:ascii="Times New Roman" w:hAnsi="Times New Roman" w:cs="Times New Roman"/>
          <w:sz w:val="24"/>
          <w:szCs w:val="24"/>
          <w:lang w:val="lt-LT"/>
        </w:rPr>
        <w:t xml:space="preserve"> atsiskleidžia originalumas, idėjų </w:t>
      </w:r>
      <w:r w:rsidR="00631D34" w:rsidRPr="00BE6BC2">
        <w:rPr>
          <w:rFonts w:ascii="Times New Roman" w:hAnsi="Times New Roman" w:cs="Times New Roman"/>
          <w:sz w:val="24"/>
          <w:szCs w:val="24"/>
          <w:lang w:val="lt-LT"/>
        </w:rPr>
        <w:t xml:space="preserve">naujumas, netradiciniai sprendimai, bendruomenės meninė ar simbolinė </w:t>
      </w:r>
      <w:r w:rsidR="00631D34" w:rsidRPr="00FD3AA2">
        <w:rPr>
          <w:rFonts w:ascii="Times New Roman" w:hAnsi="Times New Roman" w:cs="Times New Roman"/>
          <w:sz w:val="24"/>
          <w:szCs w:val="24"/>
          <w:lang w:val="lt-LT"/>
        </w:rPr>
        <w:t>raiška;</w:t>
      </w:r>
    </w:p>
    <w:p w:rsidR="00852BED" w:rsidRDefault="008F0CB8" w:rsidP="00852BED">
      <w:pPr>
        <w:spacing w:after="0" w:line="240" w:lineRule="auto"/>
        <w:ind w:firstLine="851"/>
        <w:jc w:val="both"/>
        <w:rPr>
          <w:rFonts w:ascii="Times New Roman" w:hAnsi="Times New Roman" w:cs="Times New Roman"/>
          <w:sz w:val="24"/>
          <w:szCs w:val="24"/>
          <w:lang w:val="lt-LT"/>
        </w:rPr>
      </w:pPr>
      <w:r w:rsidRPr="00BE6BC2">
        <w:rPr>
          <w:rFonts w:ascii="Times New Roman" w:hAnsi="Times New Roman" w:cs="Times New Roman"/>
          <w:sz w:val="24"/>
          <w:szCs w:val="24"/>
          <w:lang w:val="lt-LT"/>
        </w:rPr>
        <w:t>12</w:t>
      </w:r>
      <w:r w:rsidR="00631D34" w:rsidRPr="00BE6BC2">
        <w:rPr>
          <w:rFonts w:ascii="Times New Roman" w:hAnsi="Times New Roman" w:cs="Times New Roman"/>
          <w:sz w:val="24"/>
          <w:szCs w:val="24"/>
          <w:lang w:val="lt-LT"/>
        </w:rPr>
        <w:t xml:space="preserve">.4. </w:t>
      </w:r>
      <w:proofErr w:type="spellStart"/>
      <w:r w:rsidR="00631D34" w:rsidRPr="00BE6BC2">
        <w:rPr>
          <w:rFonts w:ascii="Times New Roman" w:hAnsi="Times New Roman" w:cs="Times New Roman"/>
          <w:sz w:val="24"/>
          <w:szCs w:val="24"/>
          <w:lang w:val="lt-LT"/>
        </w:rPr>
        <w:t>inovatyvumą</w:t>
      </w:r>
      <w:proofErr w:type="spellEnd"/>
      <w:r w:rsidR="00631D34" w:rsidRPr="00BE6BC2">
        <w:rPr>
          <w:rFonts w:ascii="Times New Roman" w:hAnsi="Times New Roman" w:cs="Times New Roman"/>
          <w:sz w:val="24"/>
          <w:szCs w:val="24"/>
          <w:lang w:val="lt-LT"/>
        </w:rPr>
        <w:t xml:space="preserve"> – ar mokykla taiko šiuolaikines ugdymo ir pilietiškumo ugdymo metodikas (</w:t>
      </w:r>
      <w:proofErr w:type="spellStart"/>
      <w:r w:rsidR="00631D34" w:rsidRPr="00BE6BC2">
        <w:rPr>
          <w:rFonts w:ascii="Times New Roman" w:hAnsi="Times New Roman" w:cs="Times New Roman"/>
          <w:sz w:val="24"/>
          <w:szCs w:val="24"/>
          <w:lang w:val="lt-LT"/>
        </w:rPr>
        <w:t>patyriminį</w:t>
      </w:r>
      <w:proofErr w:type="spellEnd"/>
      <w:r w:rsidR="00631D34" w:rsidRPr="00BE6BC2">
        <w:rPr>
          <w:rFonts w:ascii="Times New Roman" w:hAnsi="Times New Roman" w:cs="Times New Roman"/>
          <w:sz w:val="24"/>
          <w:szCs w:val="24"/>
          <w:lang w:val="lt-LT"/>
        </w:rPr>
        <w:t xml:space="preserve"> mokymąsi, projektinę veiklą, kūrybines dirbtuves, bendradarbiavimo praktikas) ir</w:t>
      </w:r>
      <w:r w:rsidR="00E9558F" w:rsidRPr="00BE6BC2">
        <w:rPr>
          <w:rFonts w:ascii="Times New Roman" w:hAnsi="Times New Roman" w:cs="Times New Roman"/>
          <w:sz w:val="24"/>
          <w:szCs w:val="24"/>
          <w:lang w:val="lt-LT"/>
        </w:rPr>
        <w:t xml:space="preserve"> (</w:t>
      </w:r>
      <w:r w:rsidR="00631D34" w:rsidRPr="00BE6BC2">
        <w:rPr>
          <w:rFonts w:ascii="Times New Roman" w:hAnsi="Times New Roman" w:cs="Times New Roman"/>
          <w:sz w:val="24"/>
          <w:szCs w:val="24"/>
          <w:lang w:val="lt-LT"/>
        </w:rPr>
        <w:t>ar</w:t>
      </w:r>
      <w:r w:rsidR="00E9558F" w:rsidRPr="00BE6BC2">
        <w:rPr>
          <w:rFonts w:ascii="Times New Roman" w:hAnsi="Times New Roman" w:cs="Times New Roman"/>
          <w:sz w:val="24"/>
          <w:szCs w:val="24"/>
          <w:lang w:val="lt-LT"/>
        </w:rPr>
        <w:t xml:space="preserve">) </w:t>
      </w:r>
      <w:r w:rsidR="00631D34" w:rsidRPr="00BE6BC2">
        <w:rPr>
          <w:rFonts w:ascii="Times New Roman" w:hAnsi="Times New Roman" w:cs="Times New Roman"/>
          <w:sz w:val="24"/>
          <w:szCs w:val="24"/>
          <w:lang w:val="lt-LT"/>
        </w:rPr>
        <w:t xml:space="preserve"> pasitelkia technologijas</w:t>
      </w:r>
      <w:r w:rsidR="00631D34" w:rsidRPr="00852BED">
        <w:rPr>
          <w:rFonts w:ascii="Times New Roman" w:hAnsi="Times New Roman" w:cs="Times New Roman"/>
          <w:sz w:val="24"/>
          <w:szCs w:val="24"/>
          <w:lang w:val="lt-LT"/>
        </w:rPr>
        <w:t>, skaitmeninius įrankius bei vizualinę komunikaciją pilietiškumo iniciatyvoms įgyvendinti;</w:t>
      </w:r>
    </w:p>
    <w:p w:rsidR="00AA2BB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12</w:t>
      </w:r>
      <w:r w:rsidR="00631D34" w:rsidRPr="00852BED">
        <w:rPr>
          <w:rFonts w:ascii="Times New Roman" w:hAnsi="Times New Roman" w:cs="Times New Roman"/>
          <w:sz w:val="24"/>
          <w:szCs w:val="24"/>
          <w:lang w:val="lt-LT"/>
        </w:rPr>
        <w:t xml:space="preserve">.5. sąsajas su krašto gynyba – ar mokykloje vyksta veiklos, susijusios su krašto apsauga (pvz., lankosi karininkai, organizuojami </w:t>
      </w:r>
      <w:r w:rsidR="00935B4B">
        <w:rPr>
          <w:rFonts w:ascii="Times New Roman" w:hAnsi="Times New Roman" w:cs="Times New Roman"/>
          <w:sz w:val="24"/>
          <w:szCs w:val="24"/>
          <w:lang w:val="lt-LT"/>
        </w:rPr>
        <w:t>Lietuvos š</w:t>
      </w:r>
      <w:r w:rsidR="00631D34" w:rsidRPr="00852BED">
        <w:rPr>
          <w:rFonts w:ascii="Times New Roman" w:hAnsi="Times New Roman" w:cs="Times New Roman"/>
          <w:sz w:val="24"/>
          <w:szCs w:val="24"/>
          <w:lang w:val="lt-LT"/>
        </w:rPr>
        <w:t>aulių sąjungos užsiėmimai, vykdomi renginiai ar projekta</w:t>
      </w:r>
      <w:r w:rsidR="00AA2BB2" w:rsidRPr="00852BED">
        <w:rPr>
          <w:rFonts w:ascii="Times New Roman" w:hAnsi="Times New Roman" w:cs="Times New Roman"/>
          <w:sz w:val="24"/>
          <w:szCs w:val="24"/>
          <w:lang w:val="lt-LT"/>
        </w:rPr>
        <w:t>i krašto gynybos tematika).</w:t>
      </w:r>
    </w:p>
    <w:p w:rsidR="00CA7DD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13</w:t>
      </w:r>
      <w:r w:rsidR="00852BED">
        <w:rPr>
          <w:rFonts w:ascii="Times New Roman" w:hAnsi="Times New Roman" w:cs="Times New Roman"/>
          <w:sz w:val="24"/>
          <w:szCs w:val="24"/>
          <w:lang w:val="lt-LT"/>
        </w:rPr>
        <w:t xml:space="preserve">. </w:t>
      </w:r>
      <w:r w:rsidR="00CA7DD2" w:rsidRPr="00852BED">
        <w:rPr>
          <w:rFonts w:ascii="Times New Roman" w:hAnsi="Times New Roman" w:cs="Times New Roman"/>
          <w:sz w:val="24"/>
          <w:szCs w:val="24"/>
          <w:lang w:val="lt-LT"/>
        </w:rPr>
        <w:t xml:space="preserve">Mokykla, kuriai įteikiama einamųjų metų Gedimino pilies bokšto Lietuvos valstybinė vėliava, išrenkama suskaičiavus </w:t>
      </w:r>
      <w:r w:rsidR="00E9558F">
        <w:rPr>
          <w:rFonts w:ascii="Times New Roman" w:hAnsi="Times New Roman" w:cs="Times New Roman"/>
          <w:sz w:val="24"/>
          <w:szCs w:val="24"/>
          <w:lang w:val="lt-LT"/>
        </w:rPr>
        <w:t>K</w:t>
      </w:r>
      <w:r w:rsidR="00CA7DD2" w:rsidRPr="00852BED">
        <w:rPr>
          <w:rFonts w:ascii="Times New Roman" w:hAnsi="Times New Roman" w:cs="Times New Roman"/>
          <w:sz w:val="24"/>
          <w:szCs w:val="24"/>
          <w:lang w:val="lt-LT"/>
        </w:rPr>
        <w:t>omisijos balus ir</w:t>
      </w:r>
      <w:r w:rsidR="00795F19">
        <w:rPr>
          <w:rFonts w:ascii="Times New Roman" w:hAnsi="Times New Roman" w:cs="Times New Roman"/>
          <w:sz w:val="24"/>
          <w:szCs w:val="24"/>
          <w:lang w:val="lt-LT"/>
        </w:rPr>
        <w:t xml:space="preserve"> </w:t>
      </w:r>
      <w:r w:rsidR="00CA7DD2" w:rsidRPr="00852BED">
        <w:rPr>
          <w:rFonts w:ascii="Times New Roman" w:hAnsi="Times New Roman" w:cs="Times New Roman"/>
          <w:sz w:val="24"/>
          <w:szCs w:val="24"/>
          <w:lang w:val="lt-LT"/>
        </w:rPr>
        <w:t xml:space="preserve">viešo </w:t>
      </w:r>
      <w:r w:rsidR="00172CCD">
        <w:rPr>
          <w:rFonts w:ascii="Times New Roman" w:hAnsi="Times New Roman" w:cs="Times New Roman"/>
          <w:sz w:val="24"/>
          <w:szCs w:val="24"/>
          <w:lang w:val="lt-LT"/>
        </w:rPr>
        <w:t xml:space="preserve">visuomenės </w:t>
      </w:r>
      <w:r w:rsidR="00CA7DD2" w:rsidRPr="00852BED">
        <w:rPr>
          <w:rFonts w:ascii="Times New Roman" w:hAnsi="Times New Roman" w:cs="Times New Roman"/>
          <w:sz w:val="24"/>
          <w:szCs w:val="24"/>
          <w:lang w:val="lt-LT"/>
        </w:rPr>
        <w:t xml:space="preserve">balsavimo </w:t>
      </w:r>
      <w:r w:rsidR="00172CCD">
        <w:rPr>
          <w:rFonts w:ascii="Times New Roman" w:hAnsi="Times New Roman" w:cs="Times New Roman"/>
          <w:sz w:val="24"/>
          <w:szCs w:val="24"/>
          <w:lang w:val="lt-LT"/>
        </w:rPr>
        <w:t>už Kūrinius</w:t>
      </w:r>
      <w:r w:rsidR="00FD036E">
        <w:rPr>
          <w:rFonts w:ascii="Times New Roman" w:hAnsi="Times New Roman" w:cs="Times New Roman"/>
          <w:sz w:val="24"/>
          <w:szCs w:val="24"/>
          <w:lang w:val="lt-LT"/>
        </w:rPr>
        <w:t xml:space="preserve"> </w:t>
      </w:r>
      <w:r w:rsidR="00CA7DD2" w:rsidRPr="00852BED">
        <w:rPr>
          <w:rFonts w:ascii="Times New Roman" w:hAnsi="Times New Roman" w:cs="Times New Roman"/>
          <w:sz w:val="24"/>
          <w:szCs w:val="24"/>
          <w:lang w:val="lt-LT"/>
        </w:rPr>
        <w:t>rezultatus, taikant</w:t>
      </w:r>
      <w:r w:rsidR="00B42F32" w:rsidRPr="00852BED">
        <w:rPr>
          <w:rFonts w:ascii="Times New Roman" w:hAnsi="Times New Roman" w:cs="Times New Roman"/>
          <w:sz w:val="24"/>
          <w:szCs w:val="24"/>
          <w:lang w:val="lt-LT"/>
        </w:rPr>
        <w:t xml:space="preserve"> balų skaičiavimo</w:t>
      </w:r>
      <w:r w:rsidR="00CA7DD2" w:rsidRPr="00852BED">
        <w:rPr>
          <w:rFonts w:ascii="Times New Roman" w:hAnsi="Times New Roman" w:cs="Times New Roman"/>
          <w:sz w:val="24"/>
          <w:szCs w:val="24"/>
          <w:lang w:val="lt-LT"/>
        </w:rPr>
        <w:t xml:space="preserve"> metodik</w:t>
      </w:r>
      <w:r w:rsidR="00B42F32" w:rsidRPr="00852BED">
        <w:rPr>
          <w:rFonts w:ascii="Times New Roman" w:hAnsi="Times New Roman" w:cs="Times New Roman"/>
          <w:sz w:val="24"/>
          <w:szCs w:val="24"/>
          <w:lang w:val="lt-LT"/>
        </w:rPr>
        <w:t xml:space="preserve">ą </w:t>
      </w:r>
      <w:r w:rsidR="00935B4B">
        <w:rPr>
          <w:rFonts w:ascii="Times New Roman" w:hAnsi="Times New Roman" w:cs="Times New Roman"/>
          <w:sz w:val="24"/>
          <w:szCs w:val="24"/>
          <w:lang w:val="lt-LT"/>
        </w:rPr>
        <w:t>(</w:t>
      </w:r>
      <w:r w:rsidR="00E36EE9">
        <w:rPr>
          <w:rFonts w:ascii="Times New Roman" w:hAnsi="Times New Roman" w:cs="Times New Roman"/>
          <w:sz w:val="24"/>
          <w:szCs w:val="24"/>
          <w:lang w:val="lt-LT"/>
        </w:rPr>
        <w:t xml:space="preserve">2 </w:t>
      </w:r>
      <w:r w:rsidR="00CA7DD2" w:rsidRPr="00852BED">
        <w:rPr>
          <w:rFonts w:ascii="Times New Roman" w:hAnsi="Times New Roman" w:cs="Times New Roman"/>
          <w:sz w:val="24"/>
          <w:szCs w:val="24"/>
          <w:lang w:val="lt-LT"/>
        </w:rPr>
        <w:t>priedas</w:t>
      </w:r>
      <w:r w:rsidR="00935B4B">
        <w:rPr>
          <w:rFonts w:ascii="Times New Roman" w:hAnsi="Times New Roman" w:cs="Times New Roman"/>
          <w:sz w:val="24"/>
          <w:szCs w:val="24"/>
          <w:lang w:val="lt-LT"/>
        </w:rPr>
        <w:t>)</w:t>
      </w:r>
      <w:r w:rsidR="00CA7DD2" w:rsidRPr="00852BED">
        <w:rPr>
          <w:rFonts w:ascii="Times New Roman" w:hAnsi="Times New Roman" w:cs="Times New Roman"/>
          <w:sz w:val="24"/>
          <w:szCs w:val="24"/>
          <w:lang w:val="lt-LT"/>
        </w:rPr>
        <w:t>.</w:t>
      </w:r>
    </w:p>
    <w:p w:rsidR="00AA2BB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14</w:t>
      </w:r>
      <w:r w:rsidR="00852BED">
        <w:rPr>
          <w:rFonts w:ascii="Times New Roman" w:hAnsi="Times New Roman" w:cs="Times New Roman"/>
          <w:sz w:val="24"/>
          <w:szCs w:val="24"/>
          <w:lang w:val="lt-LT"/>
        </w:rPr>
        <w:t xml:space="preserve">. </w:t>
      </w:r>
      <w:r w:rsidR="00631D34" w:rsidRPr="00852BED">
        <w:rPr>
          <w:rFonts w:ascii="Times New Roman" w:hAnsi="Times New Roman" w:cs="Times New Roman"/>
          <w:sz w:val="24"/>
          <w:szCs w:val="24"/>
          <w:lang w:val="lt-LT"/>
        </w:rPr>
        <w:t xml:space="preserve">Sprendimas patvirtinamas protokolu, kurį pasirašo </w:t>
      </w:r>
      <w:r w:rsidR="00E9558F">
        <w:rPr>
          <w:rFonts w:ascii="Times New Roman" w:hAnsi="Times New Roman" w:cs="Times New Roman"/>
          <w:sz w:val="24"/>
          <w:szCs w:val="24"/>
          <w:lang w:val="lt-LT"/>
        </w:rPr>
        <w:t>K</w:t>
      </w:r>
      <w:r w:rsidR="00631D34" w:rsidRPr="00852BED">
        <w:rPr>
          <w:rFonts w:ascii="Times New Roman" w:hAnsi="Times New Roman" w:cs="Times New Roman"/>
          <w:sz w:val="24"/>
          <w:szCs w:val="24"/>
          <w:lang w:val="lt-LT"/>
        </w:rPr>
        <w:t>omisijos pirmininka</w:t>
      </w:r>
      <w:r w:rsidR="00AA2BB2" w:rsidRPr="00852BED">
        <w:rPr>
          <w:rFonts w:ascii="Times New Roman" w:hAnsi="Times New Roman" w:cs="Times New Roman"/>
          <w:sz w:val="24"/>
          <w:szCs w:val="24"/>
          <w:lang w:val="lt-LT"/>
        </w:rPr>
        <w:t xml:space="preserve">s ir </w:t>
      </w:r>
      <w:r w:rsidR="00E9558F">
        <w:rPr>
          <w:rFonts w:ascii="Times New Roman" w:hAnsi="Times New Roman" w:cs="Times New Roman"/>
          <w:sz w:val="24"/>
          <w:szCs w:val="24"/>
          <w:lang w:val="lt-LT"/>
        </w:rPr>
        <w:t>K</w:t>
      </w:r>
      <w:r w:rsidR="00AA2BB2" w:rsidRPr="00852BED">
        <w:rPr>
          <w:rFonts w:ascii="Times New Roman" w:hAnsi="Times New Roman" w:cs="Times New Roman"/>
          <w:sz w:val="24"/>
          <w:szCs w:val="24"/>
          <w:lang w:val="lt-LT"/>
        </w:rPr>
        <w:t>omisijos sekretorius.</w:t>
      </w:r>
    </w:p>
    <w:p w:rsidR="00AA2BB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15</w:t>
      </w:r>
      <w:r w:rsidR="00852BED">
        <w:rPr>
          <w:rFonts w:ascii="Times New Roman" w:hAnsi="Times New Roman" w:cs="Times New Roman"/>
          <w:sz w:val="24"/>
          <w:szCs w:val="24"/>
          <w:lang w:val="lt-LT"/>
        </w:rPr>
        <w:t xml:space="preserve">. </w:t>
      </w:r>
      <w:r w:rsidR="00631D34" w:rsidRPr="00852BED">
        <w:rPr>
          <w:rFonts w:ascii="Times New Roman" w:hAnsi="Times New Roman" w:cs="Times New Roman"/>
          <w:sz w:val="24"/>
          <w:szCs w:val="24"/>
          <w:lang w:val="lt-LT"/>
        </w:rPr>
        <w:t xml:space="preserve">Ne vėliau kaip iki einamųjų metų gruodžio 23 d. </w:t>
      </w:r>
      <w:r w:rsidR="00E9558F">
        <w:rPr>
          <w:rFonts w:ascii="Times New Roman" w:hAnsi="Times New Roman" w:cs="Times New Roman"/>
          <w:sz w:val="24"/>
          <w:szCs w:val="24"/>
          <w:lang w:val="lt-LT"/>
        </w:rPr>
        <w:t>K</w:t>
      </w:r>
      <w:r w:rsidR="00631D34" w:rsidRPr="00852BED">
        <w:rPr>
          <w:rFonts w:ascii="Times New Roman" w:hAnsi="Times New Roman" w:cs="Times New Roman"/>
          <w:sz w:val="24"/>
          <w:szCs w:val="24"/>
          <w:lang w:val="lt-LT"/>
        </w:rPr>
        <w:t xml:space="preserve">omisijos sprendimas paskelbiamas KAM, </w:t>
      </w:r>
      <w:r w:rsidR="00AA2BB2" w:rsidRPr="00852BED">
        <w:rPr>
          <w:rFonts w:ascii="Times New Roman" w:hAnsi="Times New Roman" w:cs="Times New Roman"/>
          <w:sz w:val="24"/>
          <w:szCs w:val="24"/>
          <w:lang w:val="lt-LT"/>
        </w:rPr>
        <w:t>ŠMSM ir LNM tinklalapiuose.</w:t>
      </w:r>
    </w:p>
    <w:p w:rsidR="00116F03"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16</w:t>
      </w:r>
      <w:r w:rsidR="00852BED">
        <w:rPr>
          <w:rFonts w:ascii="Times New Roman" w:hAnsi="Times New Roman" w:cs="Times New Roman"/>
          <w:sz w:val="24"/>
          <w:szCs w:val="24"/>
          <w:lang w:val="lt-LT"/>
        </w:rPr>
        <w:t xml:space="preserve">. </w:t>
      </w:r>
      <w:r w:rsidR="00631D34" w:rsidRPr="00852BED">
        <w:rPr>
          <w:rFonts w:ascii="Times New Roman" w:hAnsi="Times New Roman" w:cs="Times New Roman"/>
          <w:sz w:val="24"/>
          <w:szCs w:val="24"/>
          <w:lang w:val="lt-LT"/>
        </w:rPr>
        <w:t xml:space="preserve">Be pagrindinės laimėtojos, </w:t>
      </w:r>
      <w:r w:rsidR="00E9558F">
        <w:rPr>
          <w:rFonts w:ascii="Times New Roman" w:hAnsi="Times New Roman" w:cs="Times New Roman"/>
          <w:sz w:val="24"/>
          <w:szCs w:val="24"/>
          <w:lang w:val="lt-LT"/>
        </w:rPr>
        <w:t>K</w:t>
      </w:r>
      <w:r w:rsidR="00631D34" w:rsidRPr="00852BED">
        <w:rPr>
          <w:rFonts w:ascii="Times New Roman" w:hAnsi="Times New Roman" w:cs="Times New Roman"/>
          <w:sz w:val="24"/>
          <w:szCs w:val="24"/>
          <w:lang w:val="lt-LT"/>
        </w:rPr>
        <w:t>omisija turi teisę atrinkti iki 5 mokyklų, kurios paskatinamos K</w:t>
      </w:r>
      <w:r w:rsidR="00852BED">
        <w:rPr>
          <w:rFonts w:ascii="Times New Roman" w:hAnsi="Times New Roman" w:cs="Times New Roman"/>
          <w:sz w:val="24"/>
          <w:szCs w:val="24"/>
          <w:lang w:val="lt-LT"/>
        </w:rPr>
        <w:t>AM</w:t>
      </w:r>
      <w:r w:rsidR="00631D34" w:rsidRPr="00852BED">
        <w:rPr>
          <w:rFonts w:ascii="Times New Roman" w:hAnsi="Times New Roman" w:cs="Times New Roman"/>
          <w:sz w:val="24"/>
          <w:szCs w:val="24"/>
          <w:lang w:val="lt-LT"/>
        </w:rPr>
        <w:t xml:space="preserve"> ir </w:t>
      </w:r>
      <w:r w:rsidR="00935B4B">
        <w:rPr>
          <w:rFonts w:ascii="Times New Roman" w:hAnsi="Times New Roman" w:cs="Times New Roman"/>
          <w:sz w:val="24"/>
          <w:szCs w:val="24"/>
          <w:lang w:val="lt-LT"/>
        </w:rPr>
        <w:t xml:space="preserve">kitų </w:t>
      </w:r>
      <w:r w:rsidR="006D1B5C">
        <w:rPr>
          <w:rFonts w:ascii="Times New Roman" w:hAnsi="Times New Roman" w:cs="Times New Roman"/>
          <w:sz w:val="24"/>
          <w:szCs w:val="24"/>
          <w:lang w:val="lt-LT"/>
        </w:rPr>
        <w:t>K</w:t>
      </w:r>
      <w:r w:rsidR="00935B4B">
        <w:rPr>
          <w:rFonts w:ascii="Times New Roman" w:hAnsi="Times New Roman" w:cs="Times New Roman"/>
          <w:sz w:val="24"/>
          <w:szCs w:val="24"/>
          <w:lang w:val="lt-LT"/>
        </w:rPr>
        <w:t>onkurso organizatorių</w:t>
      </w:r>
      <w:r w:rsidR="00631D34" w:rsidRPr="00852BED">
        <w:rPr>
          <w:rFonts w:ascii="Times New Roman" w:hAnsi="Times New Roman" w:cs="Times New Roman"/>
          <w:sz w:val="24"/>
          <w:szCs w:val="24"/>
          <w:lang w:val="lt-LT"/>
        </w:rPr>
        <w:t xml:space="preserve"> prizais.</w:t>
      </w:r>
    </w:p>
    <w:p w:rsidR="007C086C" w:rsidRDefault="007C086C" w:rsidP="00852BED">
      <w:pPr>
        <w:spacing w:after="0" w:line="240" w:lineRule="auto"/>
        <w:ind w:firstLine="851"/>
        <w:jc w:val="both"/>
        <w:rPr>
          <w:rFonts w:ascii="Times New Roman" w:hAnsi="Times New Roman" w:cs="Times New Roman"/>
          <w:sz w:val="24"/>
          <w:szCs w:val="24"/>
          <w:lang w:val="lt-LT"/>
        </w:rPr>
      </w:pPr>
    </w:p>
    <w:p w:rsidR="00935B4B" w:rsidRPr="00852BED" w:rsidRDefault="00935B4B" w:rsidP="00852BED">
      <w:pPr>
        <w:spacing w:after="0" w:line="240" w:lineRule="auto"/>
        <w:ind w:firstLine="851"/>
        <w:jc w:val="both"/>
        <w:rPr>
          <w:rFonts w:ascii="Times New Roman" w:hAnsi="Times New Roman" w:cs="Times New Roman"/>
          <w:sz w:val="24"/>
          <w:szCs w:val="24"/>
          <w:lang w:val="lt-LT"/>
        </w:rPr>
      </w:pPr>
    </w:p>
    <w:p w:rsidR="00852BED" w:rsidRDefault="00631D34" w:rsidP="00852BED">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IV SKYRIUS</w:t>
      </w:r>
    </w:p>
    <w:p w:rsidR="00116F03" w:rsidRPr="00852BED" w:rsidRDefault="00631D34" w:rsidP="00852BED">
      <w:pPr>
        <w:pStyle w:val="Heading2"/>
        <w:spacing w:before="0" w:line="240" w:lineRule="auto"/>
        <w:jc w:val="center"/>
        <w:rPr>
          <w:rFonts w:ascii="Times New Roman" w:hAnsi="Times New Roman" w:cs="Times New Roman"/>
          <w:color w:val="auto"/>
          <w:sz w:val="24"/>
          <w:szCs w:val="24"/>
          <w:lang w:val="lt-LT"/>
        </w:rPr>
      </w:pPr>
      <w:r w:rsidRPr="00852BED">
        <w:rPr>
          <w:rFonts w:ascii="Times New Roman" w:hAnsi="Times New Roman" w:cs="Times New Roman"/>
          <w:color w:val="auto"/>
          <w:sz w:val="24"/>
          <w:szCs w:val="24"/>
          <w:lang w:val="lt-LT"/>
        </w:rPr>
        <w:t>BAIGIAMOSIOS NUOSTATOS</w:t>
      </w:r>
    </w:p>
    <w:p w:rsidR="007C086C" w:rsidRPr="00852BED" w:rsidRDefault="007C086C" w:rsidP="00852BED">
      <w:pPr>
        <w:spacing w:after="0" w:line="240" w:lineRule="auto"/>
        <w:ind w:firstLine="851"/>
        <w:jc w:val="both"/>
        <w:rPr>
          <w:rFonts w:ascii="Times New Roman" w:hAnsi="Times New Roman" w:cs="Times New Roman"/>
          <w:lang w:val="lt-LT"/>
        </w:rPr>
      </w:pPr>
    </w:p>
    <w:p w:rsidR="00AA2BB2" w:rsidRPr="00852BED" w:rsidRDefault="008F0CB8" w:rsidP="00852BED">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17</w:t>
      </w:r>
      <w:r w:rsidR="00852BED">
        <w:rPr>
          <w:rFonts w:ascii="Times New Roman" w:hAnsi="Times New Roman" w:cs="Times New Roman"/>
          <w:sz w:val="24"/>
          <w:szCs w:val="24"/>
          <w:lang w:val="lt-LT"/>
        </w:rPr>
        <w:t xml:space="preserve">. </w:t>
      </w:r>
      <w:r w:rsidR="00631D34" w:rsidRPr="00852BED">
        <w:rPr>
          <w:rFonts w:ascii="Times New Roman" w:hAnsi="Times New Roman" w:cs="Times New Roman"/>
          <w:sz w:val="24"/>
          <w:szCs w:val="24"/>
          <w:lang w:val="lt-LT"/>
        </w:rPr>
        <w:t>Komisijos išrinkta mokykla apdovanojama KAM, ŠMSM ir LNM padėkos raštu</w:t>
      </w:r>
      <w:r w:rsidR="00E9558F">
        <w:rPr>
          <w:rFonts w:ascii="Times New Roman" w:hAnsi="Times New Roman" w:cs="Times New Roman"/>
          <w:sz w:val="24"/>
          <w:szCs w:val="24"/>
          <w:lang w:val="lt-LT"/>
        </w:rPr>
        <w:t>, o a</w:t>
      </w:r>
      <w:r w:rsidR="00631D34" w:rsidRPr="00852BED">
        <w:rPr>
          <w:rFonts w:ascii="Times New Roman" w:hAnsi="Times New Roman" w:cs="Times New Roman"/>
          <w:sz w:val="24"/>
          <w:szCs w:val="24"/>
          <w:lang w:val="lt-LT"/>
        </w:rPr>
        <w:t>teinančių kalendorinių metų Lietuvos vėliavos dieną (sausio 1 d.) jai iškilmingai įteikiama Gedimino pilies bokšto L</w:t>
      </w:r>
      <w:r w:rsidR="00AA2BB2" w:rsidRPr="00852BED">
        <w:rPr>
          <w:rFonts w:ascii="Times New Roman" w:hAnsi="Times New Roman" w:cs="Times New Roman"/>
          <w:sz w:val="24"/>
          <w:szCs w:val="24"/>
          <w:lang w:val="lt-LT"/>
        </w:rPr>
        <w:t>ietuvos valstybinė vėliava.</w:t>
      </w:r>
    </w:p>
    <w:p w:rsidR="004142E6" w:rsidRDefault="008F0CB8" w:rsidP="004142E6">
      <w:pPr>
        <w:spacing w:after="0" w:line="240" w:lineRule="auto"/>
        <w:ind w:firstLine="851"/>
        <w:jc w:val="both"/>
        <w:rPr>
          <w:rFonts w:ascii="Times New Roman" w:hAnsi="Times New Roman" w:cs="Times New Roman"/>
          <w:sz w:val="24"/>
          <w:szCs w:val="24"/>
          <w:lang w:val="lt-LT"/>
        </w:rPr>
      </w:pPr>
      <w:r>
        <w:rPr>
          <w:rFonts w:ascii="Times New Roman" w:hAnsi="Times New Roman" w:cs="Times New Roman"/>
          <w:sz w:val="24"/>
          <w:szCs w:val="24"/>
          <w:lang w:val="lt-LT"/>
        </w:rPr>
        <w:t>18</w:t>
      </w:r>
      <w:r w:rsidR="00852BED">
        <w:rPr>
          <w:rFonts w:ascii="Times New Roman" w:hAnsi="Times New Roman" w:cs="Times New Roman"/>
          <w:sz w:val="24"/>
          <w:szCs w:val="24"/>
          <w:lang w:val="lt-LT"/>
        </w:rPr>
        <w:t xml:space="preserve">. </w:t>
      </w:r>
      <w:r w:rsidR="00AA2BB2" w:rsidRPr="00852BED">
        <w:rPr>
          <w:rFonts w:ascii="Times New Roman" w:hAnsi="Times New Roman" w:cs="Times New Roman"/>
          <w:sz w:val="24"/>
          <w:szCs w:val="24"/>
          <w:lang w:val="lt-LT"/>
        </w:rPr>
        <w:t>Konkurso</w:t>
      </w:r>
      <w:r w:rsidR="00631D34" w:rsidRPr="00852BED">
        <w:rPr>
          <w:rFonts w:ascii="Times New Roman" w:hAnsi="Times New Roman" w:cs="Times New Roman"/>
          <w:sz w:val="24"/>
          <w:szCs w:val="24"/>
          <w:lang w:val="lt-LT"/>
        </w:rPr>
        <w:t xml:space="preserve"> įgyvendinimą koordinuoja KAM Strateginės komunikacijos ir viešųjų ryšių departamentas.</w:t>
      </w:r>
    </w:p>
    <w:p w:rsidR="004142E6" w:rsidRPr="004142E6" w:rsidRDefault="00565DD3" w:rsidP="004142E6">
      <w:pPr>
        <w:spacing w:after="0" w:line="240" w:lineRule="auto"/>
        <w:ind w:firstLine="851"/>
        <w:jc w:val="both"/>
        <w:rPr>
          <w:rFonts w:ascii="Times New Roman" w:hAnsi="Times New Roman" w:cs="Times New Roman"/>
          <w:sz w:val="24"/>
          <w:lang w:val="lt-LT"/>
        </w:rPr>
      </w:pPr>
      <w:r w:rsidRPr="004142E6">
        <w:rPr>
          <w:rFonts w:ascii="Times New Roman" w:hAnsi="Times New Roman" w:cs="Times New Roman"/>
          <w:sz w:val="24"/>
          <w:lang w:val="lt-LT"/>
        </w:rPr>
        <w:t xml:space="preserve">19. Įgyvendinant Nuostatus, asmens duomenys tvarkomi vadovaujantis 2016 m. balandžio 27 d. Europos Parlamento ir Tarybos reglamento (ES) 2016/679 dėl fizinių asmenų apsaugos tvarkant asmens duomenis ir dėl laisvo tokių duomenų judėjimo ir kuriuo panaikinama Direktyva 95/46/EB (Bendrasis duomenų apsaugos reglamentas) (toliau – Reglamentas (ES) 2016/679) nuostatomis.  </w:t>
      </w:r>
    </w:p>
    <w:p w:rsidR="004142E6" w:rsidRPr="004142E6" w:rsidRDefault="00565DD3" w:rsidP="004142E6">
      <w:pPr>
        <w:spacing w:after="0" w:line="240" w:lineRule="auto"/>
        <w:ind w:firstLine="851"/>
        <w:jc w:val="both"/>
        <w:rPr>
          <w:rFonts w:ascii="Times New Roman" w:hAnsi="Times New Roman" w:cs="Times New Roman"/>
          <w:sz w:val="24"/>
          <w:lang w:val="lt-LT"/>
        </w:rPr>
      </w:pPr>
      <w:r w:rsidRPr="004142E6">
        <w:rPr>
          <w:rFonts w:ascii="Times New Roman" w:hAnsi="Times New Roman" w:cs="Times New Roman"/>
          <w:sz w:val="24"/>
          <w:lang w:val="lt-LT"/>
        </w:rPr>
        <w:t>20. Konkurso dalyviai turi teisę susipažinti su savo asmens duomenimis, prašyti, kad būtų ištaisyti netikslūs j</w:t>
      </w:r>
      <w:r w:rsidR="000011CE">
        <w:rPr>
          <w:rFonts w:ascii="Times New Roman" w:hAnsi="Times New Roman" w:cs="Times New Roman"/>
          <w:sz w:val="24"/>
          <w:lang w:val="lt-LT"/>
        </w:rPr>
        <w:t>ų</w:t>
      </w:r>
      <w:r w:rsidRPr="004142E6">
        <w:rPr>
          <w:rFonts w:ascii="Times New Roman" w:hAnsi="Times New Roman" w:cs="Times New Roman"/>
          <w:sz w:val="24"/>
          <w:lang w:val="lt-LT"/>
        </w:rPr>
        <w:t xml:space="preserve"> asmens duomenys ir (arba) papildyti neišsamūs asmens duomenys, prašyti ištrinti savo asmens duomenis ar apriboti jų tvarkymą, taip pat turi teisę pateikti skundą Valstybinei duomenų apsaugos inspekcijai, jeigu mano, kad j</w:t>
      </w:r>
      <w:r w:rsidR="000011CE">
        <w:rPr>
          <w:rFonts w:ascii="Times New Roman" w:hAnsi="Times New Roman" w:cs="Times New Roman"/>
          <w:sz w:val="24"/>
          <w:lang w:val="lt-LT"/>
        </w:rPr>
        <w:t>ų</w:t>
      </w:r>
      <w:r w:rsidRPr="004142E6">
        <w:rPr>
          <w:rFonts w:ascii="Times New Roman" w:hAnsi="Times New Roman" w:cs="Times New Roman"/>
          <w:sz w:val="24"/>
          <w:lang w:val="lt-LT"/>
        </w:rPr>
        <w:t xml:space="preserve"> asmens duomenys tvarkomi pažeidžiant Reglamentą (ES) 2016/679 ar kitus teisės aktus, reglamentuojančius asmens duomenų apsaugą (prieš tai dėl duomenų tvarkymo rekomenduojama kreiptis į duomenų valdytoją – Konkurso organizatorių). </w:t>
      </w:r>
    </w:p>
    <w:p w:rsidR="004142E6" w:rsidRPr="004142E6" w:rsidRDefault="00565DD3" w:rsidP="004142E6">
      <w:pPr>
        <w:spacing w:after="0" w:line="240" w:lineRule="auto"/>
        <w:ind w:firstLine="851"/>
        <w:jc w:val="both"/>
        <w:rPr>
          <w:rFonts w:ascii="Times New Roman" w:hAnsi="Times New Roman" w:cs="Times New Roman"/>
          <w:sz w:val="24"/>
          <w:lang w:val="lt-LT"/>
        </w:rPr>
      </w:pPr>
      <w:r w:rsidRPr="004142E6">
        <w:rPr>
          <w:rFonts w:ascii="Times New Roman" w:hAnsi="Times New Roman" w:cs="Times New Roman"/>
          <w:sz w:val="24"/>
          <w:lang w:val="lt-LT"/>
        </w:rPr>
        <w:t xml:space="preserve">21. Įgyvendinant </w:t>
      </w:r>
      <w:r w:rsidR="000011CE">
        <w:rPr>
          <w:rFonts w:ascii="Times New Roman" w:hAnsi="Times New Roman" w:cs="Times New Roman"/>
          <w:sz w:val="24"/>
          <w:lang w:val="lt-LT"/>
        </w:rPr>
        <w:t>N</w:t>
      </w:r>
      <w:r w:rsidRPr="004142E6">
        <w:rPr>
          <w:rFonts w:ascii="Times New Roman" w:hAnsi="Times New Roman" w:cs="Times New Roman"/>
          <w:sz w:val="24"/>
          <w:lang w:val="lt-LT"/>
        </w:rPr>
        <w:t>uostatus</w:t>
      </w:r>
      <w:r w:rsidR="000011CE">
        <w:rPr>
          <w:rFonts w:ascii="Times New Roman" w:hAnsi="Times New Roman" w:cs="Times New Roman"/>
          <w:sz w:val="24"/>
          <w:lang w:val="lt-LT"/>
        </w:rPr>
        <w:t>,</w:t>
      </w:r>
      <w:r w:rsidRPr="004142E6">
        <w:rPr>
          <w:rFonts w:ascii="Times New Roman" w:hAnsi="Times New Roman" w:cs="Times New Roman"/>
          <w:sz w:val="24"/>
          <w:lang w:val="lt-LT"/>
        </w:rPr>
        <w:t xml:space="preserve"> Konkurso dalyvio anketoje nurodyti asmens duomenys</w:t>
      </w:r>
      <w:r w:rsidR="00E9558F">
        <w:rPr>
          <w:rFonts w:ascii="Times New Roman" w:hAnsi="Times New Roman" w:cs="Times New Roman"/>
          <w:sz w:val="24"/>
          <w:lang w:val="lt-LT"/>
        </w:rPr>
        <w:t xml:space="preserve">, </w:t>
      </w:r>
      <w:r w:rsidRPr="004142E6">
        <w:rPr>
          <w:rFonts w:ascii="Times New Roman" w:hAnsi="Times New Roman" w:cs="Times New Roman"/>
          <w:sz w:val="24"/>
          <w:lang w:val="lt-LT"/>
        </w:rPr>
        <w:t xml:space="preserve"> tvarkomi Konkurso organizavimo tikslais, saugomi 3 metus po Konkurso nugalėtojų paskelbimo</w:t>
      </w:r>
      <w:r w:rsidR="00E9558F">
        <w:rPr>
          <w:rFonts w:ascii="Times New Roman" w:hAnsi="Times New Roman" w:cs="Times New Roman"/>
          <w:sz w:val="24"/>
          <w:lang w:val="lt-LT"/>
        </w:rPr>
        <w:t>,</w:t>
      </w:r>
      <w:r w:rsidRPr="004142E6">
        <w:rPr>
          <w:rFonts w:ascii="Times New Roman" w:hAnsi="Times New Roman" w:cs="Times New Roman"/>
          <w:sz w:val="24"/>
          <w:lang w:val="lt-LT"/>
        </w:rPr>
        <w:t xml:space="preserve"> </w:t>
      </w:r>
      <w:r w:rsidR="0083015B" w:rsidRPr="004142E6">
        <w:rPr>
          <w:rFonts w:ascii="Times New Roman" w:hAnsi="Times New Roman" w:cs="Times New Roman"/>
          <w:sz w:val="24"/>
          <w:lang w:val="lt-LT"/>
        </w:rPr>
        <w:t>o</w:t>
      </w:r>
      <w:r w:rsidR="000011CE">
        <w:rPr>
          <w:rFonts w:ascii="Times New Roman" w:hAnsi="Times New Roman" w:cs="Times New Roman"/>
          <w:sz w:val="24"/>
          <w:lang w:val="lt-LT"/>
        </w:rPr>
        <w:t xml:space="preserve"> asmens duomenys,</w:t>
      </w:r>
      <w:r w:rsidR="00E9558F">
        <w:rPr>
          <w:rFonts w:ascii="Times New Roman" w:hAnsi="Times New Roman" w:cs="Times New Roman"/>
          <w:sz w:val="24"/>
          <w:lang w:val="lt-LT"/>
        </w:rPr>
        <w:t xml:space="preserve"> tvarkomi</w:t>
      </w:r>
      <w:r w:rsidR="0083015B" w:rsidRPr="004142E6">
        <w:rPr>
          <w:rFonts w:ascii="Times New Roman" w:hAnsi="Times New Roman" w:cs="Times New Roman"/>
          <w:sz w:val="24"/>
          <w:lang w:val="lt-LT"/>
        </w:rPr>
        <w:t xml:space="preserve"> Konkurso dalyvi</w:t>
      </w:r>
      <w:r w:rsidR="000011CE">
        <w:rPr>
          <w:rFonts w:ascii="Times New Roman" w:hAnsi="Times New Roman" w:cs="Times New Roman"/>
          <w:sz w:val="24"/>
          <w:lang w:val="lt-LT"/>
        </w:rPr>
        <w:t>ų</w:t>
      </w:r>
      <w:r w:rsidR="0083015B" w:rsidRPr="004142E6">
        <w:rPr>
          <w:rFonts w:ascii="Times New Roman" w:hAnsi="Times New Roman" w:cs="Times New Roman"/>
          <w:sz w:val="24"/>
          <w:lang w:val="lt-LT"/>
        </w:rPr>
        <w:t xml:space="preserve"> nuotraukų eksponavimo, skelbimo ir išleidimo tikslais</w:t>
      </w:r>
      <w:r w:rsidR="00E9558F">
        <w:rPr>
          <w:rFonts w:ascii="Times New Roman" w:hAnsi="Times New Roman" w:cs="Times New Roman"/>
          <w:sz w:val="24"/>
          <w:lang w:val="lt-LT"/>
        </w:rPr>
        <w:t>, saugomi</w:t>
      </w:r>
      <w:r w:rsidR="0083015B" w:rsidRPr="004142E6">
        <w:rPr>
          <w:rFonts w:ascii="Times New Roman" w:hAnsi="Times New Roman" w:cs="Times New Roman"/>
          <w:sz w:val="24"/>
          <w:lang w:val="lt-LT"/>
        </w:rPr>
        <w:t xml:space="preserve"> 50 metų</w:t>
      </w:r>
      <w:r w:rsidR="00E9558F">
        <w:rPr>
          <w:rFonts w:ascii="Times New Roman" w:hAnsi="Times New Roman" w:cs="Times New Roman"/>
          <w:sz w:val="24"/>
          <w:lang w:val="lt-LT"/>
        </w:rPr>
        <w:t>.</w:t>
      </w:r>
    </w:p>
    <w:p w:rsidR="00565DD3" w:rsidRPr="004142E6" w:rsidRDefault="00565DD3" w:rsidP="004142E6">
      <w:pPr>
        <w:spacing w:after="0" w:line="240" w:lineRule="auto"/>
        <w:ind w:firstLine="851"/>
        <w:jc w:val="both"/>
        <w:rPr>
          <w:rFonts w:ascii="Times New Roman" w:hAnsi="Times New Roman" w:cs="Times New Roman"/>
          <w:sz w:val="28"/>
          <w:szCs w:val="24"/>
          <w:lang w:val="lt-LT"/>
        </w:rPr>
      </w:pPr>
      <w:r w:rsidRPr="004142E6">
        <w:rPr>
          <w:rFonts w:ascii="Times New Roman" w:hAnsi="Times New Roman" w:cs="Times New Roman"/>
          <w:sz w:val="24"/>
          <w:lang w:val="lt-LT"/>
        </w:rPr>
        <w:t>22. Duomenų valdytojo duomenys, duomenų apsaugos pareigūno kontaktiniai duomenys ir daugiau informacijos apie asmens duomenų tvarkymą  pateikta Konkurso organizator</w:t>
      </w:r>
      <w:r w:rsidR="000011CE">
        <w:rPr>
          <w:rFonts w:ascii="Times New Roman" w:hAnsi="Times New Roman" w:cs="Times New Roman"/>
          <w:sz w:val="24"/>
          <w:lang w:val="lt-LT"/>
        </w:rPr>
        <w:t>ė</w:t>
      </w:r>
      <w:r w:rsidRPr="004142E6">
        <w:rPr>
          <w:rFonts w:ascii="Times New Roman" w:hAnsi="Times New Roman" w:cs="Times New Roman"/>
          <w:sz w:val="24"/>
          <w:lang w:val="lt-LT"/>
        </w:rPr>
        <w:t>s</w:t>
      </w:r>
      <w:r w:rsidR="000011CE">
        <w:rPr>
          <w:rFonts w:ascii="Times New Roman" w:hAnsi="Times New Roman" w:cs="Times New Roman"/>
          <w:sz w:val="24"/>
          <w:lang w:val="lt-LT"/>
        </w:rPr>
        <w:t xml:space="preserve"> </w:t>
      </w:r>
      <w:r w:rsidR="000011CE" w:rsidRPr="004142E6">
        <w:rPr>
          <w:rFonts w:ascii="Times New Roman" w:hAnsi="Times New Roman" w:cs="Times New Roman"/>
          <w:sz w:val="24"/>
          <w:lang w:val="lt-LT"/>
        </w:rPr>
        <w:t>K</w:t>
      </w:r>
      <w:r w:rsidR="000011CE">
        <w:rPr>
          <w:rFonts w:ascii="Times New Roman" w:hAnsi="Times New Roman" w:cs="Times New Roman"/>
          <w:sz w:val="24"/>
          <w:lang w:val="lt-LT"/>
        </w:rPr>
        <w:t>AM</w:t>
      </w:r>
      <w:r w:rsidRPr="004142E6">
        <w:rPr>
          <w:rFonts w:ascii="Times New Roman" w:hAnsi="Times New Roman" w:cs="Times New Roman"/>
          <w:sz w:val="24"/>
          <w:lang w:val="lt-LT"/>
        </w:rPr>
        <w:t xml:space="preserve"> interneto svetainės </w:t>
      </w:r>
      <w:hyperlink r:id="rId9" w:history="1">
        <w:r w:rsidRPr="004142E6">
          <w:rPr>
            <w:rStyle w:val="Hyperlink"/>
            <w:rFonts w:ascii="Times New Roman" w:hAnsi="Times New Roman"/>
            <w:color w:val="auto"/>
            <w:sz w:val="24"/>
            <w:u w:val="none"/>
            <w:lang w:val="lt-LT"/>
          </w:rPr>
          <w:t>www.kam.lt</w:t>
        </w:r>
      </w:hyperlink>
      <w:r w:rsidRPr="004142E6">
        <w:rPr>
          <w:rFonts w:ascii="Times New Roman" w:hAnsi="Times New Roman" w:cs="Times New Roman"/>
          <w:sz w:val="24"/>
          <w:lang w:val="lt-LT"/>
        </w:rPr>
        <w:t xml:space="preserve"> skiltyje „Asmens </w:t>
      </w:r>
      <w:r w:rsidRPr="00FD036E">
        <w:rPr>
          <w:rFonts w:ascii="Times New Roman" w:hAnsi="Times New Roman" w:cs="Times New Roman"/>
          <w:sz w:val="24"/>
          <w:lang w:val="lt-LT"/>
        </w:rPr>
        <w:t xml:space="preserve">duomenų apsauga“  </w:t>
      </w:r>
      <w:hyperlink r:id="rId10" w:history="1">
        <w:r w:rsidR="00E9558F" w:rsidRPr="00A726ED">
          <w:rPr>
            <w:rStyle w:val="Hyperlink"/>
            <w:rFonts w:cstheme="minorBidi"/>
            <w:color w:val="auto"/>
            <w:u w:val="none"/>
          </w:rPr>
          <w:t>(</w:t>
        </w:r>
        <w:r w:rsidR="00E9558F" w:rsidRPr="00FD036E">
          <w:rPr>
            <w:rStyle w:val="Hyperlink"/>
            <w:rFonts w:ascii="Times New Roman" w:hAnsi="Times New Roman"/>
            <w:color w:val="auto"/>
            <w:sz w:val="24"/>
            <w:u w:val="none"/>
            <w:lang w:val="lt-LT"/>
          </w:rPr>
          <w:t>https://kam.lt/asmens-duomenu-apsauga</w:t>
        </w:r>
      </w:hyperlink>
      <w:r w:rsidRPr="00FD036E">
        <w:rPr>
          <w:rFonts w:ascii="Times New Roman" w:hAnsi="Times New Roman" w:cs="Times New Roman"/>
          <w:sz w:val="24"/>
          <w:lang w:val="lt-LT"/>
        </w:rPr>
        <w:t>).</w:t>
      </w:r>
    </w:p>
    <w:p w:rsidR="00565DD3" w:rsidRPr="004142E6" w:rsidRDefault="00565DD3" w:rsidP="00CD70BA">
      <w:pPr>
        <w:spacing w:after="0" w:line="240" w:lineRule="auto"/>
        <w:ind w:firstLine="851"/>
        <w:jc w:val="both"/>
        <w:rPr>
          <w:rFonts w:ascii="Times New Roman" w:hAnsi="Times New Roman" w:cs="Times New Roman"/>
          <w:sz w:val="28"/>
          <w:szCs w:val="24"/>
          <w:lang w:val="lt-LT"/>
        </w:rPr>
      </w:pPr>
    </w:p>
    <w:p w:rsidR="00CD70BA" w:rsidRPr="004142E6" w:rsidRDefault="00CD70BA" w:rsidP="00CD70BA">
      <w:pPr>
        <w:spacing w:after="0" w:line="240" w:lineRule="auto"/>
        <w:ind w:firstLine="851"/>
        <w:jc w:val="both"/>
        <w:rPr>
          <w:rFonts w:ascii="Times New Roman" w:hAnsi="Times New Roman" w:cs="Times New Roman"/>
          <w:sz w:val="28"/>
          <w:szCs w:val="24"/>
          <w:lang w:val="lt-LT"/>
        </w:rPr>
      </w:pPr>
    </w:p>
    <w:p w:rsidR="00852BED" w:rsidRPr="008F0CB8" w:rsidRDefault="00852BED" w:rsidP="008F0CB8">
      <w:pPr>
        <w:jc w:val="center"/>
        <w:rPr>
          <w:sz w:val="24"/>
          <w:szCs w:val="24"/>
        </w:rPr>
      </w:pPr>
      <w:r>
        <w:rPr>
          <w:sz w:val="24"/>
          <w:szCs w:val="24"/>
        </w:rPr>
        <w:t>_____________________</w:t>
      </w:r>
      <w:r w:rsidR="00FD036E">
        <w:rPr>
          <w:sz w:val="24"/>
          <w:szCs w:val="24"/>
        </w:rPr>
        <w:t>_______________</w:t>
      </w:r>
    </w:p>
    <w:sectPr w:rsidR="00852BED" w:rsidRPr="008F0CB8" w:rsidSect="00A726ED">
      <w:headerReference w:type="default" r:id="rId11"/>
      <w:pgSz w:w="12240" w:h="15840"/>
      <w:pgMar w:top="1134"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DC2" w:rsidRDefault="00CF1DC2" w:rsidP="00CA64BF">
      <w:pPr>
        <w:spacing w:after="0" w:line="240" w:lineRule="auto"/>
      </w:pPr>
      <w:r>
        <w:separator/>
      </w:r>
    </w:p>
  </w:endnote>
  <w:endnote w:type="continuationSeparator" w:id="0">
    <w:p w:rsidR="00CF1DC2" w:rsidRDefault="00CF1DC2" w:rsidP="00CA6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BA"/>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DC2" w:rsidRDefault="00CF1DC2" w:rsidP="00CA64BF">
      <w:pPr>
        <w:spacing w:after="0" w:line="240" w:lineRule="auto"/>
      </w:pPr>
      <w:r>
        <w:separator/>
      </w:r>
    </w:p>
  </w:footnote>
  <w:footnote w:type="continuationSeparator" w:id="0">
    <w:p w:rsidR="00CF1DC2" w:rsidRDefault="00CF1DC2" w:rsidP="00CA64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2837843"/>
      <w:docPartObj>
        <w:docPartGallery w:val="Page Numbers (Top of Page)"/>
        <w:docPartUnique/>
      </w:docPartObj>
    </w:sdtPr>
    <w:sdtEndPr>
      <w:rPr>
        <w:noProof/>
      </w:rPr>
    </w:sdtEndPr>
    <w:sdtContent>
      <w:p w:rsidR="00CA64BF" w:rsidRDefault="00CA64BF">
        <w:pPr>
          <w:pStyle w:val="Header"/>
          <w:jc w:val="center"/>
        </w:pPr>
        <w:r>
          <w:fldChar w:fldCharType="begin"/>
        </w:r>
        <w:r>
          <w:instrText xml:space="preserve"> PAGE   \* MERGEFORMAT </w:instrText>
        </w:r>
        <w:r>
          <w:fldChar w:fldCharType="separate"/>
        </w:r>
        <w:r w:rsidR="00C9594E">
          <w:rPr>
            <w:noProof/>
          </w:rPr>
          <w:t>3</w:t>
        </w:r>
        <w:r>
          <w:rPr>
            <w:noProof/>
          </w:rPr>
          <w:fldChar w:fldCharType="end"/>
        </w:r>
      </w:p>
    </w:sdtContent>
  </w:sdt>
  <w:p w:rsidR="00CA64BF" w:rsidRDefault="00CA64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30818D7"/>
    <w:multiLevelType w:val="hybridMultilevel"/>
    <w:tmpl w:val="A3EE7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011CE"/>
    <w:rsid w:val="00034616"/>
    <w:rsid w:val="0006063C"/>
    <w:rsid w:val="000E350C"/>
    <w:rsid w:val="000F330F"/>
    <w:rsid w:val="00116F03"/>
    <w:rsid w:val="0015074B"/>
    <w:rsid w:val="0016193F"/>
    <w:rsid w:val="00172CCD"/>
    <w:rsid w:val="0029639D"/>
    <w:rsid w:val="00305429"/>
    <w:rsid w:val="00326F90"/>
    <w:rsid w:val="00355120"/>
    <w:rsid w:val="00380E4C"/>
    <w:rsid w:val="003B7BC2"/>
    <w:rsid w:val="003D6435"/>
    <w:rsid w:val="004142E6"/>
    <w:rsid w:val="004516FA"/>
    <w:rsid w:val="0047079D"/>
    <w:rsid w:val="004819AA"/>
    <w:rsid w:val="004C53EC"/>
    <w:rsid w:val="004D06C7"/>
    <w:rsid w:val="005072B3"/>
    <w:rsid w:val="00515507"/>
    <w:rsid w:val="00556DA0"/>
    <w:rsid w:val="00565DD3"/>
    <w:rsid w:val="00631D34"/>
    <w:rsid w:val="00634D69"/>
    <w:rsid w:val="006A7DAB"/>
    <w:rsid w:val="006D1B5C"/>
    <w:rsid w:val="00784236"/>
    <w:rsid w:val="00790265"/>
    <w:rsid w:val="00795F19"/>
    <w:rsid w:val="007C086C"/>
    <w:rsid w:val="0083015B"/>
    <w:rsid w:val="00852BED"/>
    <w:rsid w:val="00857386"/>
    <w:rsid w:val="008F0CB8"/>
    <w:rsid w:val="00933FE4"/>
    <w:rsid w:val="00935B4B"/>
    <w:rsid w:val="009657AD"/>
    <w:rsid w:val="009923F6"/>
    <w:rsid w:val="00A073C8"/>
    <w:rsid w:val="00A726ED"/>
    <w:rsid w:val="00A878F2"/>
    <w:rsid w:val="00AA1D8D"/>
    <w:rsid w:val="00AA2BB2"/>
    <w:rsid w:val="00B42F32"/>
    <w:rsid w:val="00B47730"/>
    <w:rsid w:val="00B542A1"/>
    <w:rsid w:val="00B628EE"/>
    <w:rsid w:val="00B86531"/>
    <w:rsid w:val="00BB483F"/>
    <w:rsid w:val="00BE6BC2"/>
    <w:rsid w:val="00BE709E"/>
    <w:rsid w:val="00BF754E"/>
    <w:rsid w:val="00C9594E"/>
    <w:rsid w:val="00CA64BF"/>
    <w:rsid w:val="00CA7DD2"/>
    <w:rsid w:val="00CB0664"/>
    <w:rsid w:val="00CD70BA"/>
    <w:rsid w:val="00CF1DC2"/>
    <w:rsid w:val="00D0078C"/>
    <w:rsid w:val="00D24032"/>
    <w:rsid w:val="00D90CCC"/>
    <w:rsid w:val="00DE2266"/>
    <w:rsid w:val="00DF530B"/>
    <w:rsid w:val="00E217EB"/>
    <w:rsid w:val="00E36EE9"/>
    <w:rsid w:val="00E9558F"/>
    <w:rsid w:val="00EA318B"/>
    <w:rsid w:val="00F2414C"/>
    <w:rsid w:val="00F6684A"/>
    <w:rsid w:val="00F84ECB"/>
    <w:rsid w:val="00FC693F"/>
    <w:rsid w:val="00FD036E"/>
    <w:rsid w:val="00FD3A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350597"/>
  <w14:defaultImageDpi w14:val="300"/>
  <w15:docId w15:val="{F127FC80-04EA-46AB-8BAC-3404FDF22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992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3F6"/>
    <w:rPr>
      <w:rFonts w:ascii="Segoe UI" w:hAnsi="Segoe UI" w:cs="Segoe UI"/>
      <w:sz w:val="18"/>
      <w:szCs w:val="18"/>
    </w:rPr>
  </w:style>
  <w:style w:type="character" w:styleId="Hyperlink">
    <w:name w:val="Hyperlink"/>
    <w:basedOn w:val="DefaultParagraphFont"/>
    <w:uiPriority w:val="99"/>
    <w:semiHidden/>
    <w:rsid w:val="00565DD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SV@kam.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okvis/avilys/ofiles/default/0a4fc878-14ec-4dc3-b744-f84beb83b023/(https:/kam.lt/asmens-duomenu-apsauga" TargetMode="External"/><Relationship Id="rId4" Type="http://schemas.openxmlformats.org/officeDocument/2006/relationships/settings" Target="settings.xml"/><Relationship Id="rId9" Type="http://schemas.openxmlformats.org/officeDocument/2006/relationships/hyperlink" Target="http://www.kam.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EC9BE-52FF-4D8A-A349-340EA0E65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Windows User</cp:lastModifiedBy>
  <cp:revision>5</cp:revision>
  <dcterms:created xsi:type="dcterms:W3CDTF">2025-10-02T10:02:00Z</dcterms:created>
  <dcterms:modified xsi:type="dcterms:W3CDTF">2025-10-02T11:29:00Z</dcterms:modified>
</cp:coreProperties>
</file>